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AFC5C" w14:textId="114A3C77" w:rsidR="00026B4B" w:rsidRDefault="00026B4B" w:rsidP="00026B4B">
      <w:pPr>
        <w:pStyle w:val="Kop1"/>
        <w:jc w:val="center"/>
        <w:rPr>
          <w:color w:val="00B050"/>
          <w:lang w:val="nl-NL"/>
        </w:rPr>
      </w:pPr>
      <w:r>
        <w:rPr>
          <w:noProof/>
          <w:lang w:eastAsia="nl-NL"/>
        </w:rPr>
        <w:drawing>
          <wp:anchor distT="0" distB="0" distL="114300" distR="114300" simplePos="0" relativeHeight="251659264" behindDoc="1" locked="0" layoutInCell="1" allowOverlap="1" wp14:anchorId="6EAFDB62" wp14:editId="5273756F">
            <wp:simplePos x="0" y="0"/>
            <wp:positionH relativeFrom="margin">
              <wp:posOffset>2135505</wp:posOffset>
            </wp:positionH>
            <wp:positionV relativeFrom="paragraph">
              <wp:posOffset>-275590</wp:posOffset>
            </wp:positionV>
            <wp:extent cx="2962271" cy="1066803"/>
            <wp:effectExtent l="0" t="0" r="0" b="0"/>
            <wp:wrapNone/>
            <wp:docPr id="1" name="Afbeelding 1" descr="Afbeelding met tekst, Lettertype, logo, Graphics&#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logo, Graphics&#10;&#10;Door AI gegenereerde inhoud is mogelijk onjuist."/>
                    <pic:cNvPicPr/>
                  </pic:nvPicPr>
                  <pic:blipFill>
                    <a:blip r:embed="rId9"/>
                    <a:srcRect/>
                    <a:stretch>
                      <a:fillRect/>
                    </a:stretch>
                  </pic:blipFill>
                  <pic:spPr>
                    <a:xfrm>
                      <a:off x="0" y="0"/>
                      <a:ext cx="2962271" cy="1066803"/>
                    </a:xfrm>
                    <a:prstGeom prst="rect">
                      <a:avLst/>
                    </a:prstGeom>
                    <a:noFill/>
                    <a:ln>
                      <a:noFill/>
                      <a:prstDash/>
                    </a:ln>
                  </pic:spPr>
                </pic:pic>
              </a:graphicData>
            </a:graphic>
          </wp:anchor>
        </w:drawing>
      </w:r>
    </w:p>
    <w:p w14:paraId="61D7AB9C" w14:textId="146391D3" w:rsidR="009E54C6" w:rsidRPr="00026B4B" w:rsidRDefault="00026B4B" w:rsidP="002E5E4C">
      <w:pPr>
        <w:pStyle w:val="Kop1"/>
        <w:jc w:val="center"/>
        <w:rPr>
          <w:color w:val="00B050"/>
          <w:lang w:val="nl-NL"/>
        </w:rPr>
      </w:pPr>
      <w:r>
        <w:rPr>
          <w:noProof/>
          <w:lang w:eastAsia="nl-NL"/>
        </w:rPr>
        <w:drawing>
          <wp:anchor distT="0" distB="0" distL="114300" distR="114300" simplePos="0" relativeHeight="251657216" behindDoc="1" locked="0" layoutInCell="1" allowOverlap="1" wp14:anchorId="0E161549" wp14:editId="72B2263C">
            <wp:simplePos x="0" y="0"/>
            <wp:positionH relativeFrom="margin">
              <wp:posOffset>1659255</wp:posOffset>
            </wp:positionH>
            <wp:positionV relativeFrom="topMargin">
              <wp:posOffset>1000125</wp:posOffset>
            </wp:positionV>
            <wp:extent cx="495303" cy="495303"/>
            <wp:effectExtent l="0" t="0" r="0" b="0"/>
            <wp:wrapNone/>
            <wp:docPr id="2" name="Afbeelding 2" descr="De bronafbeelding bekijk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495303" cy="495303"/>
                    </a:xfrm>
                    <a:prstGeom prst="rect">
                      <a:avLst/>
                    </a:prstGeom>
                    <a:noFill/>
                    <a:ln>
                      <a:noFill/>
                      <a:prstDash/>
                    </a:ln>
                  </pic:spPr>
                </pic:pic>
              </a:graphicData>
            </a:graphic>
          </wp:anchor>
        </w:drawing>
      </w:r>
      <w:r w:rsidRPr="00026B4B">
        <w:rPr>
          <w:color w:val="00B050"/>
          <w:lang w:val="nl-NL"/>
        </w:rPr>
        <w:t>(Voor)</w:t>
      </w:r>
      <w:r w:rsidR="00BB46C9">
        <w:rPr>
          <w:color w:val="00B050"/>
          <w:lang w:val="nl-NL"/>
        </w:rPr>
        <w:t>a</w:t>
      </w:r>
      <w:r w:rsidRPr="00026B4B">
        <w:rPr>
          <w:color w:val="00B050"/>
          <w:lang w:val="nl-NL"/>
        </w:rPr>
        <w:t>anmeldformulier  onderwijs – KC de Sprong</w:t>
      </w:r>
    </w:p>
    <w:p w14:paraId="29DF6427" w14:textId="00E10352" w:rsidR="009E54C6" w:rsidRDefault="00DB2282">
      <w:pPr>
        <w:pStyle w:val="Kop2"/>
      </w:pPr>
      <w:r>
        <w:rPr>
          <w:color w:val="009933"/>
        </w:rPr>
        <w:t>Gegevens van het kind</w:t>
      </w:r>
    </w:p>
    <w:tbl>
      <w:tblPr>
        <w:tblW w:w="11664" w:type="dxa"/>
        <w:tblLayout w:type="fixed"/>
        <w:tblLook w:val="04A0" w:firstRow="1" w:lastRow="0" w:firstColumn="1" w:lastColumn="0" w:noHBand="0" w:noVBand="1"/>
      </w:tblPr>
      <w:tblGrid>
        <w:gridCol w:w="5245"/>
        <w:gridCol w:w="6419"/>
      </w:tblGrid>
      <w:tr w:rsidR="009E54C6" w14:paraId="64C5D006" w14:textId="77777777" w:rsidTr="00915454">
        <w:tc>
          <w:tcPr>
            <w:tcW w:w="5245" w:type="dxa"/>
          </w:tcPr>
          <w:p w14:paraId="7A11F5E5" w14:textId="77777777" w:rsidR="009E54C6" w:rsidRDefault="00DB2282">
            <w:proofErr w:type="spellStart"/>
            <w:r>
              <w:t>Achternaam</w:t>
            </w:r>
            <w:proofErr w:type="spellEnd"/>
          </w:p>
        </w:tc>
        <w:tc>
          <w:tcPr>
            <w:tcW w:w="6419" w:type="dxa"/>
            <w:tcBorders>
              <w:bottom w:val="single" w:sz="8" w:space="0" w:color="009933"/>
            </w:tcBorders>
          </w:tcPr>
          <w:p w14:paraId="1E134835" w14:textId="77777777" w:rsidR="009E54C6" w:rsidRDefault="00DB2282">
            <w:r>
              <w:t xml:space="preserve"> </w:t>
            </w:r>
          </w:p>
        </w:tc>
      </w:tr>
      <w:tr w:rsidR="009E54C6" w14:paraId="693B1C2C" w14:textId="77777777" w:rsidTr="00915454">
        <w:tc>
          <w:tcPr>
            <w:tcW w:w="5245" w:type="dxa"/>
          </w:tcPr>
          <w:p w14:paraId="13CA6DEB" w14:textId="7BECBEF9" w:rsidR="009E54C6" w:rsidRDefault="00DB2282">
            <w:r>
              <w:t>Voornamen</w:t>
            </w:r>
          </w:p>
        </w:tc>
        <w:tc>
          <w:tcPr>
            <w:tcW w:w="6419" w:type="dxa"/>
            <w:tcBorders>
              <w:bottom w:val="single" w:sz="8" w:space="0" w:color="009933"/>
            </w:tcBorders>
          </w:tcPr>
          <w:p w14:paraId="57E78DE3" w14:textId="77777777" w:rsidR="009E54C6" w:rsidRDefault="00DB2282">
            <w:r>
              <w:t xml:space="preserve"> </w:t>
            </w:r>
          </w:p>
        </w:tc>
      </w:tr>
      <w:tr w:rsidR="009E54C6" w14:paraId="4233FD4E" w14:textId="77777777" w:rsidTr="00915454">
        <w:tc>
          <w:tcPr>
            <w:tcW w:w="5245" w:type="dxa"/>
          </w:tcPr>
          <w:p w14:paraId="1BB4B49B" w14:textId="77777777" w:rsidR="009E54C6" w:rsidRDefault="00DB2282">
            <w:r>
              <w:t>Roepnaam</w:t>
            </w:r>
          </w:p>
        </w:tc>
        <w:tc>
          <w:tcPr>
            <w:tcW w:w="6419" w:type="dxa"/>
            <w:tcBorders>
              <w:bottom w:val="single" w:sz="8" w:space="0" w:color="009933"/>
            </w:tcBorders>
          </w:tcPr>
          <w:p w14:paraId="7E815201" w14:textId="77777777" w:rsidR="009E54C6" w:rsidRDefault="00DB2282">
            <w:r>
              <w:t xml:space="preserve"> </w:t>
            </w:r>
          </w:p>
        </w:tc>
      </w:tr>
      <w:tr w:rsidR="009E54C6" w14:paraId="6798E2CB" w14:textId="77777777" w:rsidTr="00915454">
        <w:tc>
          <w:tcPr>
            <w:tcW w:w="5245" w:type="dxa"/>
          </w:tcPr>
          <w:p w14:paraId="5F896670" w14:textId="77777777" w:rsidR="009E54C6" w:rsidRDefault="00DB2282">
            <w:r>
              <w:t>Geboortedatum</w:t>
            </w:r>
          </w:p>
        </w:tc>
        <w:tc>
          <w:tcPr>
            <w:tcW w:w="6419" w:type="dxa"/>
            <w:tcBorders>
              <w:bottom w:val="single" w:sz="8" w:space="0" w:color="009933"/>
            </w:tcBorders>
          </w:tcPr>
          <w:p w14:paraId="352BAD02" w14:textId="77777777" w:rsidR="009E54C6" w:rsidRDefault="00DB2282">
            <w:r>
              <w:t xml:space="preserve"> </w:t>
            </w:r>
          </w:p>
        </w:tc>
      </w:tr>
      <w:tr w:rsidR="009E54C6" w14:paraId="61DE33A5" w14:textId="77777777" w:rsidTr="00915454">
        <w:tc>
          <w:tcPr>
            <w:tcW w:w="5245" w:type="dxa"/>
          </w:tcPr>
          <w:p w14:paraId="6F416102" w14:textId="007B8193" w:rsidR="009E54C6" w:rsidRDefault="00322B41">
            <w:r>
              <w:t>Geslacht</w:t>
            </w:r>
          </w:p>
        </w:tc>
        <w:tc>
          <w:tcPr>
            <w:tcW w:w="6419" w:type="dxa"/>
            <w:tcBorders>
              <w:bottom w:val="single" w:sz="8" w:space="0" w:color="009933"/>
            </w:tcBorders>
          </w:tcPr>
          <w:p w14:paraId="3A336CB5" w14:textId="77777777" w:rsidR="009E54C6" w:rsidRDefault="00DB2282">
            <w:r>
              <w:t xml:space="preserve"> </w:t>
            </w:r>
          </w:p>
        </w:tc>
      </w:tr>
      <w:tr w:rsidR="009E54C6" w14:paraId="4FEAE24C" w14:textId="77777777" w:rsidTr="00915454">
        <w:tc>
          <w:tcPr>
            <w:tcW w:w="5245" w:type="dxa"/>
          </w:tcPr>
          <w:p w14:paraId="24701D41" w14:textId="540BA924" w:rsidR="009E54C6" w:rsidRDefault="00322B41">
            <w:r>
              <w:t>Geboorteland</w:t>
            </w:r>
          </w:p>
        </w:tc>
        <w:tc>
          <w:tcPr>
            <w:tcW w:w="6419" w:type="dxa"/>
            <w:tcBorders>
              <w:bottom w:val="single" w:sz="8" w:space="0" w:color="009933"/>
            </w:tcBorders>
          </w:tcPr>
          <w:p w14:paraId="7C1F180F" w14:textId="77777777" w:rsidR="009E54C6" w:rsidRDefault="00DB2282">
            <w:r>
              <w:t xml:space="preserve"> </w:t>
            </w:r>
          </w:p>
        </w:tc>
      </w:tr>
      <w:tr w:rsidR="009E54C6" w14:paraId="1A7B13DC" w14:textId="77777777" w:rsidTr="00915454">
        <w:tc>
          <w:tcPr>
            <w:tcW w:w="5245" w:type="dxa"/>
          </w:tcPr>
          <w:p w14:paraId="00F8585A" w14:textId="77777777" w:rsidR="009E54C6" w:rsidRDefault="00DB2282">
            <w:r>
              <w:t>Nationaliteit</w:t>
            </w:r>
          </w:p>
        </w:tc>
        <w:tc>
          <w:tcPr>
            <w:tcW w:w="6419" w:type="dxa"/>
            <w:tcBorders>
              <w:bottom w:val="single" w:sz="8" w:space="0" w:color="009933"/>
            </w:tcBorders>
          </w:tcPr>
          <w:p w14:paraId="526226E5" w14:textId="77777777" w:rsidR="009E54C6" w:rsidRDefault="00DB2282">
            <w:r>
              <w:t xml:space="preserve"> </w:t>
            </w:r>
          </w:p>
        </w:tc>
      </w:tr>
      <w:tr w:rsidR="004B4301" w:rsidRPr="00001D2F" w14:paraId="25E9A889" w14:textId="77777777" w:rsidTr="00915454">
        <w:tc>
          <w:tcPr>
            <w:tcW w:w="5245" w:type="dxa"/>
          </w:tcPr>
          <w:p w14:paraId="4DB1C973" w14:textId="73FA3120" w:rsidR="004B4301" w:rsidRPr="004B4301" w:rsidRDefault="004B4301">
            <w:pPr>
              <w:rPr>
                <w:lang w:val="nl-NL"/>
              </w:rPr>
            </w:pPr>
            <w:r w:rsidRPr="004B4301">
              <w:rPr>
                <w:lang w:val="nl-NL"/>
              </w:rPr>
              <w:t xml:space="preserve">Datum in Nederland </w:t>
            </w:r>
            <w:r>
              <w:rPr>
                <w:lang w:val="nl-NL"/>
              </w:rPr>
              <w:t xml:space="preserve">- </w:t>
            </w:r>
            <w:r w:rsidRPr="004B4301">
              <w:rPr>
                <w:lang w:val="nl-NL"/>
              </w:rPr>
              <w:t>indien v</w:t>
            </w:r>
            <w:r>
              <w:rPr>
                <w:lang w:val="nl-NL"/>
              </w:rPr>
              <w:t>an toepassing</w:t>
            </w:r>
          </w:p>
        </w:tc>
        <w:tc>
          <w:tcPr>
            <w:tcW w:w="6419" w:type="dxa"/>
            <w:tcBorders>
              <w:bottom w:val="single" w:sz="8" w:space="0" w:color="009933"/>
            </w:tcBorders>
          </w:tcPr>
          <w:p w14:paraId="388A1F90" w14:textId="77777777" w:rsidR="004B4301" w:rsidRPr="004B4301" w:rsidRDefault="004B4301">
            <w:pPr>
              <w:rPr>
                <w:lang w:val="nl-NL"/>
              </w:rPr>
            </w:pPr>
          </w:p>
        </w:tc>
      </w:tr>
      <w:tr w:rsidR="004B4301" w14:paraId="1B770920" w14:textId="77777777" w:rsidTr="00915454">
        <w:tc>
          <w:tcPr>
            <w:tcW w:w="5245" w:type="dxa"/>
          </w:tcPr>
          <w:p w14:paraId="09F537AE" w14:textId="3033A102" w:rsidR="004B4301" w:rsidRDefault="004B4301">
            <w:proofErr w:type="spellStart"/>
            <w:r>
              <w:t>Thuistaal</w:t>
            </w:r>
            <w:proofErr w:type="spellEnd"/>
            <w:r>
              <w:t xml:space="preserve"> – </w:t>
            </w:r>
            <w:proofErr w:type="spellStart"/>
            <w:r>
              <w:t>indien</w:t>
            </w:r>
            <w:proofErr w:type="spellEnd"/>
            <w:r>
              <w:t xml:space="preserve"> </w:t>
            </w:r>
            <w:proofErr w:type="spellStart"/>
            <w:r>
              <w:t>niet</w:t>
            </w:r>
            <w:proofErr w:type="spellEnd"/>
            <w:r>
              <w:t xml:space="preserve"> </w:t>
            </w:r>
            <w:proofErr w:type="spellStart"/>
            <w:r>
              <w:t>Nederlands</w:t>
            </w:r>
            <w:proofErr w:type="spellEnd"/>
          </w:p>
        </w:tc>
        <w:tc>
          <w:tcPr>
            <w:tcW w:w="6419" w:type="dxa"/>
            <w:tcBorders>
              <w:bottom w:val="single" w:sz="8" w:space="0" w:color="009933"/>
            </w:tcBorders>
          </w:tcPr>
          <w:p w14:paraId="1F65B254" w14:textId="77777777" w:rsidR="004B4301" w:rsidRDefault="004B4301"/>
        </w:tc>
      </w:tr>
      <w:tr w:rsidR="009E54C6" w14:paraId="1387CA9F" w14:textId="77777777" w:rsidTr="00915454">
        <w:tc>
          <w:tcPr>
            <w:tcW w:w="5245" w:type="dxa"/>
          </w:tcPr>
          <w:p w14:paraId="7EB596BD" w14:textId="77777777" w:rsidR="009E54C6" w:rsidRDefault="00DB2282">
            <w:r>
              <w:t>BSN</w:t>
            </w:r>
          </w:p>
        </w:tc>
        <w:tc>
          <w:tcPr>
            <w:tcW w:w="6419" w:type="dxa"/>
            <w:tcBorders>
              <w:bottom w:val="single" w:sz="8" w:space="0" w:color="009933"/>
            </w:tcBorders>
          </w:tcPr>
          <w:p w14:paraId="1764DD3A" w14:textId="77777777" w:rsidR="009E54C6" w:rsidRDefault="00DB2282">
            <w:r>
              <w:t xml:space="preserve"> </w:t>
            </w:r>
          </w:p>
        </w:tc>
      </w:tr>
      <w:tr w:rsidR="009E54C6" w14:paraId="51768E02" w14:textId="77777777" w:rsidTr="00915454">
        <w:tc>
          <w:tcPr>
            <w:tcW w:w="5245" w:type="dxa"/>
          </w:tcPr>
          <w:p w14:paraId="5B74F35A" w14:textId="77777777" w:rsidR="009E54C6" w:rsidRDefault="00DB2282">
            <w:r>
              <w:t>Adres – straat + huisnummer</w:t>
            </w:r>
          </w:p>
        </w:tc>
        <w:tc>
          <w:tcPr>
            <w:tcW w:w="6419" w:type="dxa"/>
            <w:tcBorders>
              <w:bottom w:val="single" w:sz="8" w:space="0" w:color="009933"/>
            </w:tcBorders>
          </w:tcPr>
          <w:p w14:paraId="30A8A960" w14:textId="77777777" w:rsidR="009E54C6" w:rsidRDefault="00DB2282">
            <w:r>
              <w:t xml:space="preserve"> </w:t>
            </w:r>
          </w:p>
        </w:tc>
      </w:tr>
      <w:tr w:rsidR="009E54C6" w14:paraId="1643F6DA" w14:textId="77777777" w:rsidTr="00915454">
        <w:tc>
          <w:tcPr>
            <w:tcW w:w="5245" w:type="dxa"/>
          </w:tcPr>
          <w:p w14:paraId="4C32BD2A" w14:textId="77777777" w:rsidR="009E54C6" w:rsidRDefault="00DB2282">
            <w:r>
              <w:t>Postcode en woonplaats</w:t>
            </w:r>
          </w:p>
        </w:tc>
        <w:tc>
          <w:tcPr>
            <w:tcW w:w="6419" w:type="dxa"/>
            <w:tcBorders>
              <w:bottom w:val="single" w:sz="8" w:space="0" w:color="009933"/>
            </w:tcBorders>
          </w:tcPr>
          <w:p w14:paraId="518FD750" w14:textId="77777777" w:rsidR="009E54C6" w:rsidRDefault="00DB2282">
            <w:r>
              <w:t xml:space="preserve"> </w:t>
            </w:r>
          </w:p>
        </w:tc>
      </w:tr>
    </w:tbl>
    <w:p w14:paraId="3C64C4D4" w14:textId="1F03F464" w:rsidR="009E54C6" w:rsidRPr="00026B4B" w:rsidRDefault="00DB2282">
      <w:pPr>
        <w:pStyle w:val="Kop2"/>
        <w:rPr>
          <w:lang w:val="nl-NL"/>
        </w:rPr>
      </w:pPr>
      <w:r w:rsidRPr="00026B4B">
        <w:rPr>
          <w:color w:val="009933"/>
          <w:lang w:val="nl-NL"/>
        </w:rPr>
        <w:t>Bekend met KC De Sprong</w:t>
      </w:r>
    </w:p>
    <w:tbl>
      <w:tblPr>
        <w:tblW w:w="11664" w:type="dxa"/>
        <w:tblLayout w:type="fixed"/>
        <w:tblLook w:val="04A0" w:firstRow="1" w:lastRow="0" w:firstColumn="1" w:lastColumn="0" w:noHBand="0" w:noVBand="1"/>
      </w:tblPr>
      <w:tblGrid>
        <w:gridCol w:w="5245"/>
        <w:gridCol w:w="6419"/>
      </w:tblGrid>
      <w:tr w:rsidR="009E54C6" w14:paraId="608EAF0F" w14:textId="77777777" w:rsidTr="00915454">
        <w:tc>
          <w:tcPr>
            <w:tcW w:w="5245" w:type="dxa"/>
          </w:tcPr>
          <w:p w14:paraId="00DFD362" w14:textId="1BAFAD10" w:rsidR="009E54C6" w:rsidRDefault="00DB2282">
            <w:proofErr w:type="spellStart"/>
            <w:r>
              <w:t>Rondleiding</w:t>
            </w:r>
            <w:proofErr w:type="spellEnd"/>
            <w:r>
              <w:t xml:space="preserve"> </w:t>
            </w:r>
            <w:proofErr w:type="spellStart"/>
            <w:r w:rsidR="00026B4B">
              <w:t>gehad</w:t>
            </w:r>
            <w:proofErr w:type="spellEnd"/>
            <w:r w:rsidR="00026B4B">
              <w:t>/</w:t>
            </w:r>
            <w:proofErr w:type="spellStart"/>
            <w:r w:rsidR="00026B4B">
              <w:t>ingepland</w:t>
            </w:r>
            <w:proofErr w:type="spellEnd"/>
            <w:r>
              <w:t xml:space="preserve"> op:</w:t>
            </w:r>
          </w:p>
        </w:tc>
        <w:tc>
          <w:tcPr>
            <w:tcW w:w="6419" w:type="dxa"/>
            <w:tcBorders>
              <w:bottom w:val="single" w:sz="8" w:space="0" w:color="009933"/>
            </w:tcBorders>
          </w:tcPr>
          <w:p w14:paraId="25BD0C54" w14:textId="77777777" w:rsidR="009E54C6" w:rsidRDefault="00DB2282">
            <w:r>
              <w:t xml:space="preserve"> </w:t>
            </w:r>
          </w:p>
        </w:tc>
      </w:tr>
      <w:tr w:rsidR="009E54C6" w:rsidRPr="00001D2F" w14:paraId="3F05FAA3" w14:textId="77777777" w:rsidTr="00915454">
        <w:tc>
          <w:tcPr>
            <w:tcW w:w="5245" w:type="dxa"/>
          </w:tcPr>
          <w:p w14:paraId="7BBE1CC8" w14:textId="0B7EC4FE" w:rsidR="009E54C6" w:rsidRPr="00026B4B" w:rsidRDefault="00DB2282">
            <w:pPr>
              <w:rPr>
                <w:lang w:val="nl-NL"/>
              </w:rPr>
            </w:pPr>
            <w:r w:rsidRPr="00026B4B">
              <w:rPr>
                <w:lang w:val="nl-NL"/>
              </w:rPr>
              <w:t>Ouder</w:t>
            </w:r>
            <w:r w:rsidR="009630DF">
              <w:rPr>
                <w:lang w:val="nl-NL"/>
              </w:rPr>
              <w:t xml:space="preserve">e </w:t>
            </w:r>
            <w:r w:rsidRPr="00026B4B">
              <w:rPr>
                <w:lang w:val="nl-NL"/>
              </w:rPr>
              <w:t>broer(s)/zusje(s) zit</w:t>
            </w:r>
            <w:r w:rsidR="00322B41">
              <w:rPr>
                <w:lang w:val="nl-NL"/>
              </w:rPr>
              <w:t>(</w:t>
            </w:r>
            <w:r w:rsidRPr="00026B4B">
              <w:rPr>
                <w:lang w:val="nl-NL"/>
              </w:rPr>
              <w:t>ten</w:t>
            </w:r>
            <w:r w:rsidR="00322B41">
              <w:rPr>
                <w:lang w:val="nl-NL"/>
              </w:rPr>
              <w:t>)</w:t>
            </w:r>
            <w:r w:rsidRPr="00026B4B">
              <w:rPr>
                <w:lang w:val="nl-NL"/>
              </w:rPr>
              <w:t xml:space="preserve"> al op school</w:t>
            </w:r>
            <w:r w:rsidR="009630DF">
              <w:rPr>
                <w:lang w:val="nl-NL"/>
              </w:rPr>
              <w:t xml:space="preserve"> (naam, groep)</w:t>
            </w:r>
            <w:r w:rsidRPr="00026B4B">
              <w:rPr>
                <w:lang w:val="nl-NL"/>
              </w:rPr>
              <w:t>:</w:t>
            </w:r>
          </w:p>
        </w:tc>
        <w:tc>
          <w:tcPr>
            <w:tcW w:w="6419" w:type="dxa"/>
            <w:tcBorders>
              <w:top w:val="single" w:sz="8" w:space="0" w:color="009933"/>
              <w:bottom w:val="single" w:sz="4" w:space="0" w:color="009933"/>
            </w:tcBorders>
          </w:tcPr>
          <w:p w14:paraId="47631413" w14:textId="77777777" w:rsidR="009E54C6" w:rsidRPr="007660F4" w:rsidRDefault="00DB2282">
            <w:pPr>
              <w:rPr>
                <w:color w:val="00B050"/>
                <w:lang w:val="nl-NL"/>
              </w:rPr>
            </w:pPr>
            <w:r w:rsidRPr="007660F4">
              <w:rPr>
                <w:color w:val="00B050"/>
                <w:lang w:val="nl-NL"/>
              </w:rPr>
              <w:t xml:space="preserve"> </w:t>
            </w:r>
          </w:p>
        </w:tc>
      </w:tr>
    </w:tbl>
    <w:p w14:paraId="128DD2D2" w14:textId="3A6E8AD4" w:rsidR="002E5E4C" w:rsidRPr="00253E09" w:rsidRDefault="00253E09" w:rsidP="002E5E4C">
      <w:pPr>
        <w:pStyle w:val="Kop2"/>
        <w:rPr>
          <w:color w:val="00B050"/>
          <w:lang w:val="nl-NL"/>
        </w:rPr>
      </w:pPr>
      <w:r>
        <w:rPr>
          <w:color w:val="00B050"/>
          <w:lang w:val="nl-NL"/>
        </w:rPr>
        <w:t>Andere b</w:t>
      </w:r>
      <w:r w:rsidR="002E5E4C" w:rsidRPr="00253E09">
        <w:rPr>
          <w:color w:val="00B050"/>
          <w:lang w:val="nl-NL"/>
        </w:rPr>
        <w:t>roertjes/zusjes</w:t>
      </w:r>
      <w:r w:rsidRPr="00253E09">
        <w:rPr>
          <w:color w:val="00B050"/>
          <w:lang w:val="nl-NL"/>
        </w:rPr>
        <w:t xml:space="preserve">, </w:t>
      </w:r>
    </w:p>
    <w:tbl>
      <w:tblPr>
        <w:tblW w:w="11664" w:type="dxa"/>
        <w:tblLayout w:type="fixed"/>
        <w:tblLook w:val="04A0" w:firstRow="1" w:lastRow="0" w:firstColumn="1" w:lastColumn="0" w:noHBand="0" w:noVBand="1"/>
      </w:tblPr>
      <w:tblGrid>
        <w:gridCol w:w="5245"/>
        <w:gridCol w:w="6419"/>
      </w:tblGrid>
      <w:tr w:rsidR="002E5E4C" w14:paraId="1526DA9F" w14:textId="77777777" w:rsidTr="00915454">
        <w:tc>
          <w:tcPr>
            <w:tcW w:w="5245" w:type="dxa"/>
          </w:tcPr>
          <w:p w14:paraId="65DD86FF" w14:textId="7032F2AE" w:rsidR="002E5E4C" w:rsidRDefault="002E5E4C">
            <w:r>
              <w:t xml:space="preserve">Naam, </w:t>
            </w:r>
            <w:proofErr w:type="spellStart"/>
            <w:r>
              <w:t>geboortedatum</w:t>
            </w:r>
            <w:proofErr w:type="spellEnd"/>
          </w:p>
        </w:tc>
        <w:tc>
          <w:tcPr>
            <w:tcW w:w="6419" w:type="dxa"/>
            <w:tcBorders>
              <w:bottom w:val="single" w:sz="8" w:space="0" w:color="009933"/>
            </w:tcBorders>
          </w:tcPr>
          <w:p w14:paraId="7E90D420" w14:textId="77777777" w:rsidR="002E5E4C" w:rsidRDefault="002E5E4C">
            <w:r>
              <w:t xml:space="preserve"> </w:t>
            </w:r>
          </w:p>
        </w:tc>
      </w:tr>
      <w:tr w:rsidR="002E5E4C" w:rsidRPr="00253E09" w14:paraId="173C71D5" w14:textId="77777777" w:rsidTr="00915454">
        <w:tc>
          <w:tcPr>
            <w:tcW w:w="5245" w:type="dxa"/>
          </w:tcPr>
          <w:p w14:paraId="0E9DB725" w14:textId="6AF65CD0" w:rsidR="002E5E4C" w:rsidRPr="00253E09" w:rsidRDefault="00253E09">
            <w:pPr>
              <w:rPr>
                <w:lang w:val="nl-NL"/>
              </w:rPr>
            </w:pPr>
            <w:r w:rsidRPr="00253E09">
              <w:rPr>
                <w:lang w:val="nl-NL"/>
              </w:rPr>
              <w:t xml:space="preserve">Naam, geboortedatum </w:t>
            </w:r>
          </w:p>
        </w:tc>
        <w:tc>
          <w:tcPr>
            <w:tcW w:w="6419" w:type="dxa"/>
            <w:tcBorders>
              <w:bottom w:val="single" w:sz="8" w:space="0" w:color="009933"/>
            </w:tcBorders>
          </w:tcPr>
          <w:p w14:paraId="5387AE74" w14:textId="77777777" w:rsidR="002E5E4C" w:rsidRPr="00253E09" w:rsidRDefault="002E5E4C">
            <w:pPr>
              <w:rPr>
                <w:lang w:val="nl-NL"/>
              </w:rPr>
            </w:pPr>
            <w:r w:rsidRPr="00253E09">
              <w:rPr>
                <w:lang w:val="nl-NL"/>
              </w:rPr>
              <w:t xml:space="preserve"> </w:t>
            </w:r>
          </w:p>
        </w:tc>
      </w:tr>
      <w:tr w:rsidR="002E5E4C" w:rsidRPr="00253E09" w14:paraId="32AFED19" w14:textId="77777777" w:rsidTr="00915454">
        <w:tc>
          <w:tcPr>
            <w:tcW w:w="5245" w:type="dxa"/>
          </w:tcPr>
          <w:p w14:paraId="04E7BC1E" w14:textId="04DAC53F" w:rsidR="002E5E4C" w:rsidRPr="00253E09" w:rsidRDefault="00253E09">
            <w:pPr>
              <w:rPr>
                <w:lang w:val="nl-NL"/>
              </w:rPr>
            </w:pPr>
            <w:r w:rsidRPr="00253E09">
              <w:rPr>
                <w:lang w:val="nl-NL"/>
              </w:rPr>
              <w:t xml:space="preserve">Naam, geboortedatum </w:t>
            </w:r>
          </w:p>
        </w:tc>
        <w:tc>
          <w:tcPr>
            <w:tcW w:w="6419" w:type="dxa"/>
            <w:tcBorders>
              <w:bottom w:val="single" w:sz="8" w:space="0" w:color="009933"/>
            </w:tcBorders>
          </w:tcPr>
          <w:p w14:paraId="4928862B" w14:textId="77777777" w:rsidR="002E5E4C" w:rsidRPr="00253E09" w:rsidRDefault="002E5E4C">
            <w:pPr>
              <w:rPr>
                <w:lang w:val="nl-NL"/>
              </w:rPr>
            </w:pPr>
            <w:r w:rsidRPr="00253E09">
              <w:rPr>
                <w:lang w:val="nl-NL"/>
              </w:rPr>
              <w:t xml:space="preserve"> </w:t>
            </w:r>
          </w:p>
        </w:tc>
      </w:tr>
    </w:tbl>
    <w:p w14:paraId="636D21F8" w14:textId="3A08AEA1" w:rsidR="009E54C6" w:rsidRDefault="009630DF">
      <w:pPr>
        <w:pStyle w:val="Kop2"/>
      </w:pPr>
      <w:proofErr w:type="spellStart"/>
      <w:r>
        <w:rPr>
          <w:color w:val="009933"/>
        </w:rPr>
        <w:t>Gegevens</w:t>
      </w:r>
      <w:proofErr w:type="spellEnd"/>
      <w:r>
        <w:rPr>
          <w:color w:val="009933"/>
        </w:rPr>
        <w:t xml:space="preserve"> </w:t>
      </w:r>
      <w:proofErr w:type="spellStart"/>
      <w:r>
        <w:rPr>
          <w:color w:val="009933"/>
        </w:rPr>
        <w:t>vorig</w:t>
      </w:r>
      <w:proofErr w:type="spellEnd"/>
      <w:r>
        <w:rPr>
          <w:color w:val="009933"/>
        </w:rPr>
        <w:t xml:space="preserve"> </w:t>
      </w:r>
      <w:proofErr w:type="spellStart"/>
      <w:r>
        <w:rPr>
          <w:color w:val="009933"/>
        </w:rPr>
        <w:t>onder</w:t>
      </w:r>
      <w:r w:rsidR="002E5E4C">
        <w:rPr>
          <w:color w:val="009933"/>
        </w:rPr>
        <w:t>w</w:t>
      </w:r>
      <w:r>
        <w:rPr>
          <w:color w:val="009933"/>
        </w:rPr>
        <w:t>ijs</w:t>
      </w:r>
      <w:proofErr w:type="spellEnd"/>
    </w:p>
    <w:tbl>
      <w:tblPr>
        <w:tblW w:w="11664" w:type="dxa"/>
        <w:tblLayout w:type="fixed"/>
        <w:tblLook w:val="04A0" w:firstRow="1" w:lastRow="0" w:firstColumn="1" w:lastColumn="0" w:noHBand="0" w:noVBand="1"/>
      </w:tblPr>
      <w:tblGrid>
        <w:gridCol w:w="5245"/>
        <w:gridCol w:w="6419"/>
      </w:tblGrid>
      <w:tr w:rsidR="009E54C6" w14:paraId="59E4F100" w14:textId="77777777" w:rsidTr="00915454">
        <w:tc>
          <w:tcPr>
            <w:tcW w:w="5245" w:type="dxa"/>
          </w:tcPr>
          <w:p w14:paraId="6CBD105E" w14:textId="1FA6D91F" w:rsidR="009E54C6" w:rsidRDefault="009630DF">
            <w:r>
              <w:t xml:space="preserve">Naam </w:t>
            </w:r>
            <w:proofErr w:type="spellStart"/>
            <w:r>
              <w:t>peuterspeelzaal</w:t>
            </w:r>
            <w:proofErr w:type="spellEnd"/>
            <w:r>
              <w:t xml:space="preserve"> of </w:t>
            </w:r>
            <w:proofErr w:type="spellStart"/>
            <w:r>
              <w:t>kinderopvang</w:t>
            </w:r>
            <w:proofErr w:type="spellEnd"/>
          </w:p>
        </w:tc>
        <w:tc>
          <w:tcPr>
            <w:tcW w:w="6419" w:type="dxa"/>
            <w:tcBorders>
              <w:bottom w:val="single" w:sz="8" w:space="0" w:color="009933"/>
            </w:tcBorders>
          </w:tcPr>
          <w:p w14:paraId="2C29C7DB" w14:textId="77777777" w:rsidR="009E54C6" w:rsidRDefault="00DB2282">
            <w:r>
              <w:t xml:space="preserve"> </w:t>
            </w:r>
          </w:p>
        </w:tc>
      </w:tr>
      <w:tr w:rsidR="009E54C6" w14:paraId="68C12CFE" w14:textId="77777777" w:rsidTr="00915454">
        <w:tc>
          <w:tcPr>
            <w:tcW w:w="5245" w:type="dxa"/>
          </w:tcPr>
          <w:p w14:paraId="3EFE820A" w14:textId="16FB46B6" w:rsidR="009E54C6" w:rsidRDefault="009630DF">
            <w:r>
              <w:t>Naam vorige school</w:t>
            </w:r>
          </w:p>
        </w:tc>
        <w:tc>
          <w:tcPr>
            <w:tcW w:w="6419" w:type="dxa"/>
            <w:tcBorders>
              <w:bottom w:val="single" w:sz="8" w:space="0" w:color="009933"/>
            </w:tcBorders>
          </w:tcPr>
          <w:p w14:paraId="44CF88D5" w14:textId="77777777" w:rsidR="009E54C6" w:rsidRDefault="00DB2282">
            <w:r>
              <w:t xml:space="preserve"> </w:t>
            </w:r>
          </w:p>
        </w:tc>
      </w:tr>
      <w:tr w:rsidR="009E54C6" w14:paraId="2889ED16" w14:textId="77777777" w:rsidTr="00915454">
        <w:tc>
          <w:tcPr>
            <w:tcW w:w="5245" w:type="dxa"/>
          </w:tcPr>
          <w:p w14:paraId="55E7EF67" w14:textId="5D64EC40" w:rsidR="009E54C6" w:rsidRDefault="009630DF">
            <w:r>
              <w:t>Adres</w:t>
            </w:r>
            <w:r w:rsidR="002E5E4C">
              <w:t xml:space="preserve"> vorige school</w:t>
            </w:r>
          </w:p>
        </w:tc>
        <w:tc>
          <w:tcPr>
            <w:tcW w:w="6419" w:type="dxa"/>
            <w:tcBorders>
              <w:bottom w:val="single" w:sz="8" w:space="0" w:color="009933"/>
            </w:tcBorders>
          </w:tcPr>
          <w:p w14:paraId="3DD8282C" w14:textId="77777777" w:rsidR="009E54C6" w:rsidRDefault="00DB2282">
            <w:r>
              <w:t xml:space="preserve"> </w:t>
            </w:r>
          </w:p>
        </w:tc>
      </w:tr>
      <w:tr w:rsidR="009E54C6" w:rsidRPr="00001D2F" w14:paraId="0847B241" w14:textId="77777777" w:rsidTr="00915454">
        <w:tc>
          <w:tcPr>
            <w:tcW w:w="5245" w:type="dxa"/>
          </w:tcPr>
          <w:p w14:paraId="4E593B4F" w14:textId="2EBB2774" w:rsidR="009E54C6" w:rsidRPr="002E5E4C" w:rsidRDefault="002E5E4C">
            <w:pPr>
              <w:rPr>
                <w:lang w:val="nl-NL"/>
              </w:rPr>
            </w:pPr>
            <w:r w:rsidRPr="002E5E4C">
              <w:rPr>
                <w:lang w:val="nl-NL"/>
              </w:rPr>
              <w:t>Gewenste startdatum op KC d</w:t>
            </w:r>
            <w:r>
              <w:rPr>
                <w:lang w:val="nl-NL"/>
              </w:rPr>
              <w:t>e Sprong</w:t>
            </w:r>
          </w:p>
        </w:tc>
        <w:tc>
          <w:tcPr>
            <w:tcW w:w="6419" w:type="dxa"/>
            <w:tcBorders>
              <w:bottom w:val="single" w:sz="8" w:space="0" w:color="009933"/>
            </w:tcBorders>
          </w:tcPr>
          <w:p w14:paraId="50452921" w14:textId="77777777" w:rsidR="009E54C6" w:rsidRPr="002E5E4C" w:rsidRDefault="00DB2282">
            <w:pPr>
              <w:rPr>
                <w:lang w:val="nl-NL"/>
              </w:rPr>
            </w:pPr>
            <w:r w:rsidRPr="002E5E4C">
              <w:rPr>
                <w:lang w:val="nl-NL"/>
              </w:rPr>
              <w:t xml:space="preserve"> </w:t>
            </w:r>
          </w:p>
        </w:tc>
      </w:tr>
      <w:tr w:rsidR="009E54C6" w14:paraId="6F1F4397" w14:textId="77777777" w:rsidTr="00915454">
        <w:tc>
          <w:tcPr>
            <w:tcW w:w="5245" w:type="dxa"/>
          </w:tcPr>
          <w:p w14:paraId="418E243B" w14:textId="2E883291" w:rsidR="002E5E4C" w:rsidRDefault="002E5E4C">
            <w:proofErr w:type="spellStart"/>
            <w:r>
              <w:t>Gewenst</w:t>
            </w:r>
            <w:proofErr w:type="spellEnd"/>
            <w:r>
              <w:t xml:space="preserve"> </w:t>
            </w:r>
            <w:proofErr w:type="spellStart"/>
            <w:r>
              <w:t>leerjaar</w:t>
            </w:r>
            <w:proofErr w:type="spellEnd"/>
            <w:r>
              <w:t xml:space="preserve"> /</w:t>
            </w:r>
            <w:proofErr w:type="spellStart"/>
            <w:r>
              <w:t>huidig</w:t>
            </w:r>
            <w:proofErr w:type="spellEnd"/>
            <w:r>
              <w:t xml:space="preserve"> </w:t>
            </w:r>
            <w:proofErr w:type="spellStart"/>
            <w:r>
              <w:t>leerjaar</w:t>
            </w:r>
            <w:proofErr w:type="spellEnd"/>
          </w:p>
        </w:tc>
        <w:tc>
          <w:tcPr>
            <w:tcW w:w="6419" w:type="dxa"/>
            <w:tcBorders>
              <w:bottom w:val="single" w:sz="8" w:space="0" w:color="009933"/>
            </w:tcBorders>
          </w:tcPr>
          <w:p w14:paraId="0510C341" w14:textId="77777777" w:rsidR="009E54C6" w:rsidRDefault="00DB2282">
            <w:r>
              <w:t xml:space="preserve"> </w:t>
            </w:r>
          </w:p>
        </w:tc>
      </w:tr>
    </w:tbl>
    <w:p w14:paraId="0FC96415" w14:textId="25968CF5" w:rsidR="009630DF" w:rsidRDefault="009630DF" w:rsidP="009630DF">
      <w:pPr>
        <w:pStyle w:val="Kop2"/>
      </w:pPr>
      <w:proofErr w:type="spellStart"/>
      <w:r>
        <w:rPr>
          <w:color w:val="009933"/>
        </w:rPr>
        <w:t>Medische</w:t>
      </w:r>
      <w:proofErr w:type="spellEnd"/>
      <w:r>
        <w:rPr>
          <w:color w:val="009933"/>
        </w:rPr>
        <w:t xml:space="preserve"> </w:t>
      </w:r>
      <w:proofErr w:type="spellStart"/>
      <w:r>
        <w:rPr>
          <w:color w:val="009933"/>
        </w:rPr>
        <w:t>gegevens</w:t>
      </w:r>
      <w:proofErr w:type="spellEnd"/>
    </w:p>
    <w:tbl>
      <w:tblPr>
        <w:tblW w:w="11664" w:type="dxa"/>
        <w:tblLayout w:type="fixed"/>
        <w:tblLook w:val="04A0" w:firstRow="1" w:lastRow="0" w:firstColumn="1" w:lastColumn="0" w:noHBand="0" w:noVBand="1"/>
      </w:tblPr>
      <w:tblGrid>
        <w:gridCol w:w="5245"/>
        <w:gridCol w:w="6419"/>
      </w:tblGrid>
      <w:tr w:rsidR="009630DF" w14:paraId="4C4D8B59" w14:textId="77777777" w:rsidTr="00915454">
        <w:tc>
          <w:tcPr>
            <w:tcW w:w="5245" w:type="dxa"/>
          </w:tcPr>
          <w:p w14:paraId="3C112144" w14:textId="77777777" w:rsidR="009630DF" w:rsidRDefault="009630DF">
            <w:proofErr w:type="spellStart"/>
            <w:r>
              <w:t>Huisarts</w:t>
            </w:r>
            <w:proofErr w:type="spellEnd"/>
          </w:p>
        </w:tc>
        <w:tc>
          <w:tcPr>
            <w:tcW w:w="6419" w:type="dxa"/>
            <w:tcBorders>
              <w:bottom w:val="single" w:sz="8" w:space="0" w:color="009933"/>
            </w:tcBorders>
          </w:tcPr>
          <w:p w14:paraId="78360AE9" w14:textId="77777777" w:rsidR="009630DF" w:rsidRDefault="009630DF">
            <w:r>
              <w:t xml:space="preserve"> </w:t>
            </w:r>
          </w:p>
        </w:tc>
      </w:tr>
      <w:tr w:rsidR="009630DF" w14:paraId="58E5A9AC" w14:textId="77777777" w:rsidTr="00915454">
        <w:tc>
          <w:tcPr>
            <w:tcW w:w="5245" w:type="dxa"/>
          </w:tcPr>
          <w:p w14:paraId="55E7B52A" w14:textId="77777777" w:rsidR="009630DF" w:rsidRDefault="009630DF">
            <w:r>
              <w:t>Adres huisarts</w:t>
            </w:r>
          </w:p>
        </w:tc>
        <w:tc>
          <w:tcPr>
            <w:tcW w:w="6419" w:type="dxa"/>
            <w:tcBorders>
              <w:bottom w:val="single" w:sz="8" w:space="0" w:color="009933"/>
            </w:tcBorders>
          </w:tcPr>
          <w:p w14:paraId="351DF250" w14:textId="77777777" w:rsidR="009630DF" w:rsidRDefault="009630DF">
            <w:r>
              <w:t xml:space="preserve"> </w:t>
            </w:r>
          </w:p>
        </w:tc>
      </w:tr>
      <w:tr w:rsidR="009630DF" w14:paraId="655A5954" w14:textId="77777777" w:rsidTr="00915454">
        <w:tc>
          <w:tcPr>
            <w:tcW w:w="5245" w:type="dxa"/>
          </w:tcPr>
          <w:p w14:paraId="7DAB17AD" w14:textId="77777777" w:rsidR="009630DF" w:rsidRDefault="009630DF">
            <w:r>
              <w:t>Telefoonnummer huisarts</w:t>
            </w:r>
          </w:p>
        </w:tc>
        <w:tc>
          <w:tcPr>
            <w:tcW w:w="6419" w:type="dxa"/>
            <w:tcBorders>
              <w:bottom w:val="single" w:sz="8" w:space="0" w:color="009933"/>
            </w:tcBorders>
          </w:tcPr>
          <w:p w14:paraId="27B85324" w14:textId="77777777" w:rsidR="009630DF" w:rsidRDefault="009630DF">
            <w:r>
              <w:t xml:space="preserve"> </w:t>
            </w:r>
          </w:p>
        </w:tc>
      </w:tr>
      <w:tr w:rsidR="009630DF" w14:paraId="4B2D2F20" w14:textId="77777777" w:rsidTr="00915454">
        <w:tc>
          <w:tcPr>
            <w:tcW w:w="5245" w:type="dxa"/>
          </w:tcPr>
          <w:p w14:paraId="5621CFC5" w14:textId="77777777" w:rsidR="009630DF" w:rsidRDefault="009630DF">
            <w:r>
              <w:t>Allergieën</w:t>
            </w:r>
          </w:p>
        </w:tc>
        <w:tc>
          <w:tcPr>
            <w:tcW w:w="6419" w:type="dxa"/>
            <w:tcBorders>
              <w:bottom w:val="single" w:sz="8" w:space="0" w:color="009933"/>
            </w:tcBorders>
          </w:tcPr>
          <w:p w14:paraId="6A2C93C0" w14:textId="77777777" w:rsidR="009630DF" w:rsidRDefault="009630DF">
            <w:r>
              <w:t xml:space="preserve"> </w:t>
            </w:r>
          </w:p>
        </w:tc>
      </w:tr>
      <w:tr w:rsidR="009630DF" w14:paraId="75EED23E" w14:textId="77777777" w:rsidTr="00915454">
        <w:tc>
          <w:tcPr>
            <w:tcW w:w="5245" w:type="dxa"/>
          </w:tcPr>
          <w:p w14:paraId="1F75BA90" w14:textId="77777777" w:rsidR="009630DF" w:rsidRDefault="009630DF">
            <w:r>
              <w:t>Medicatiegebruik</w:t>
            </w:r>
          </w:p>
        </w:tc>
        <w:tc>
          <w:tcPr>
            <w:tcW w:w="6419" w:type="dxa"/>
            <w:tcBorders>
              <w:bottom w:val="single" w:sz="8" w:space="0" w:color="009933"/>
            </w:tcBorders>
          </w:tcPr>
          <w:p w14:paraId="0282FB49" w14:textId="77777777" w:rsidR="009630DF" w:rsidRDefault="009630DF">
            <w:r>
              <w:t xml:space="preserve"> </w:t>
            </w:r>
          </w:p>
        </w:tc>
      </w:tr>
    </w:tbl>
    <w:p w14:paraId="70C8856E" w14:textId="77777777" w:rsidR="00322B41" w:rsidRDefault="00322B41">
      <w:pPr>
        <w:pStyle w:val="Kop2"/>
        <w:rPr>
          <w:color w:val="009933"/>
          <w:lang w:val="nl-NL"/>
        </w:rPr>
      </w:pPr>
    </w:p>
    <w:p w14:paraId="2462FD95" w14:textId="77777777" w:rsidR="00322B41" w:rsidRDefault="00322B41">
      <w:pPr>
        <w:spacing w:after="200"/>
        <w:rPr>
          <w:rFonts w:asciiTheme="majorHAnsi" w:eastAsiaTheme="majorEastAsia" w:hAnsiTheme="majorHAnsi" w:cstheme="majorBidi"/>
          <w:b/>
          <w:bCs/>
          <w:color w:val="009933"/>
          <w:sz w:val="26"/>
          <w:szCs w:val="26"/>
          <w:lang w:val="nl-NL"/>
        </w:rPr>
      </w:pPr>
      <w:r>
        <w:rPr>
          <w:color w:val="009933"/>
          <w:lang w:val="nl-NL"/>
        </w:rPr>
        <w:br w:type="page"/>
      </w:r>
    </w:p>
    <w:p w14:paraId="1D70F3CA" w14:textId="57B3B63C" w:rsidR="009E54C6" w:rsidRPr="00253E09" w:rsidRDefault="00253E09">
      <w:pPr>
        <w:pStyle w:val="Kop2"/>
        <w:rPr>
          <w:lang w:val="nl-NL"/>
        </w:rPr>
      </w:pPr>
      <w:r w:rsidRPr="00253E09">
        <w:rPr>
          <w:color w:val="009933"/>
          <w:lang w:val="nl-NL"/>
        </w:rPr>
        <w:lastRenderedPageBreak/>
        <w:t>Noodcontact</w:t>
      </w:r>
      <w:r>
        <w:rPr>
          <w:color w:val="009933"/>
          <w:lang w:val="nl-NL"/>
        </w:rPr>
        <w:t xml:space="preserve">en </w:t>
      </w:r>
      <w:r w:rsidRPr="00253E09">
        <w:rPr>
          <w:color w:val="009933"/>
          <w:lang w:val="nl-NL"/>
        </w:rPr>
        <w:t>(indien beide ouders</w:t>
      </w:r>
      <w:r>
        <w:rPr>
          <w:color w:val="009933"/>
          <w:lang w:val="nl-NL"/>
        </w:rPr>
        <w:t>/verzorgers</w:t>
      </w:r>
      <w:r w:rsidRPr="00253E09">
        <w:rPr>
          <w:color w:val="009933"/>
          <w:lang w:val="nl-NL"/>
        </w:rPr>
        <w:t xml:space="preserve"> n</w:t>
      </w:r>
      <w:r>
        <w:rPr>
          <w:color w:val="009933"/>
          <w:lang w:val="nl-NL"/>
        </w:rPr>
        <w:t>iet bereikbaar zijn)</w:t>
      </w:r>
    </w:p>
    <w:tbl>
      <w:tblPr>
        <w:tblW w:w="11664" w:type="dxa"/>
        <w:tblLayout w:type="fixed"/>
        <w:tblLook w:val="04A0" w:firstRow="1" w:lastRow="0" w:firstColumn="1" w:lastColumn="0" w:noHBand="0" w:noVBand="1"/>
      </w:tblPr>
      <w:tblGrid>
        <w:gridCol w:w="5245"/>
        <w:gridCol w:w="6419"/>
      </w:tblGrid>
      <w:tr w:rsidR="009E54C6" w14:paraId="7419C41D" w14:textId="77777777" w:rsidTr="00915454">
        <w:tc>
          <w:tcPr>
            <w:tcW w:w="5245" w:type="dxa"/>
          </w:tcPr>
          <w:p w14:paraId="114550A5" w14:textId="52F59547" w:rsidR="009E54C6" w:rsidRDefault="00DB2282">
            <w:r>
              <w:t>Naam</w:t>
            </w:r>
            <w:r w:rsidR="009630DF">
              <w:t xml:space="preserve">, </w:t>
            </w:r>
            <w:proofErr w:type="spellStart"/>
            <w:r w:rsidR="002E5E4C">
              <w:t>telefoonn</w:t>
            </w:r>
            <w:r w:rsidR="00322B41">
              <w:t>u</w:t>
            </w:r>
            <w:r w:rsidR="002E5E4C">
              <w:t>mmer</w:t>
            </w:r>
            <w:proofErr w:type="spellEnd"/>
          </w:p>
        </w:tc>
        <w:tc>
          <w:tcPr>
            <w:tcW w:w="6419" w:type="dxa"/>
            <w:tcBorders>
              <w:bottom w:val="single" w:sz="8" w:space="0" w:color="009933"/>
            </w:tcBorders>
          </w:tcPr>
          <w:p w14:paraId="2B338FA0" w14:textId="77777777" w:rsidR="009E54C6" w:rsidRDefault="00DB2282">
            <w:r>
              <w:t xml:space="preserve"> </w:t>
            </w:r>
          </w:p>
        </w:tc>
      </w:tr>
      <w:tr w:rsidR="009E54C6" w14:paraId="52602EB8" w14:textId="77777777" w:rsidTr="00915454">
        <w:tc>
          <w:tcPr>
            <w:tcW w:w="5245" w:type="dxa"/>
          </w:tcPr>
          <w:p w14:paraId="1B858852" w14:textId="199EDBEF" w:rsidR="009E54C6" w:rsidRDefault="002E5E4C">
            <w:r>
              <w:t>Relatie tot kind</w:t>
            </w:r>
          </w:p>
        </w:tc>
        <w:tc>
          <w:tcPr>
            <w:tcW w:w="6419" w:type="dxa"/>
            <w:tcBorders>
              <w:bottom w:val="single" w:sz="8" w:space="0" w:color="009933"/>
            </w:tcBorders>
          </w:tcPr>
          <w:p w14:paraId="6CCB67F6" w14:textId="77777777" w:rsidR="009E54C6" w:rsidRDefault="00DB2282">
            <w:r>
              <w:t xml:space="preserve"> </w:t>
            </w:r>
          </w:p>
        </w:tc>
      </w:tr>
      <w:tr w:rsidR="009E54C6" w14:paraId="4E90F56C" w14:textId="77777777" w:rsidTr="00915454">
        <w:tc>
          <w:tcPr>
            <w:tcW w:w="5245" w:type="dxa"/>
          </w:tcPr>
          <w:p w14:paraId="367AC00E" w14:textId="3D4591E8" w:rsidR="009E54C6" w:rsidRDefault="00DB2282">
            <w:r>
              <w:t>Naam</w:t>
            </w:r>
            <w:r w:rsidR="002E5E4C">
              <w:t>, telefoonnummer</w:t>
            </w:r>
          </w:p>
        </w:tc>
        <w:tc>
          <w:tcPr>
            <w:tcW w:w="6419" w:type="dxa"/>
            <w:tcBorders>
              <w:bottom w:val="single" w:sz="8" w:space="0" w:color="009933"/>
            </w:tcBorders>
          </w:tcPr>
          <w:p w14:paraId="1E26B8EC" w14:textId="77777777" w:rsidR="009E54C6" w:rsidRDefault="00DB2282">
            <w:r>
              <w:t xml:space="preserve"> </w:t>
            </w:r>
          </w:p>
        </w:tc>
      </w:tr>
      <w:tr w:rsidR="009E54C6" w14:paraId="24BFC770" w14:textId="77777777" w:rsidTr="00915454">
        <w:tc>
          <w:tcPr>
            <w:tcW w:w="5245" w:type="dxa"/>
          </w:tcPr>
          <w:p w14:paraId="1CA08EEF" w14:textId="77777777" w:rsidR="009E54C6" w:rsidRDefault="00DB2282">
            <w:r>
              <w:t>Relatie tot het kind</w:t>
            </w:r>
          </w:p>
        </w:tc>
        <w:tc>
          <w:tcPr>
            <w:tcW w:w="6419" w:type="dxa"/>
            <w:tcBorders>
              <w:bottom w:val="single" w:sz="8" w:space="0" w:color="009933"/>
            </w:tcBorders>
          </w:tcPr>
          <w:p w14:paraId="56981DE5" w14:textId="77777777" w:rsidR="009E54C6" w:rsidRDefault="00DB2282">
            <w:r>
              <w:t xml:space="preserve"> </w:t>
            </w:r>
          </w:p>
        </w:tc>
      </w:tr>
    </w:tbl>
    <w:p w14:paraId="3DD94898" w14:textId="30FB5204" w:rsidR="00026B4B" w:rsidRDefault="00026B4B" w:rsidP="00026B4B">
      <w:pPr>
        <w:pStyle w:val="Kop2"/>
      </w:pPr>
      <w:proofErr w:type="spellStart"/>
      <w:r>
        <w:rPr>
          <w:color w:val="009933"/>
        </w:rPr>
        <w:t>Ouder</w:t>
      </w:r>
      <w:proofErr w:type="spellEnd"/>
      <w:r>
        <w:rPr>
          <w:color w:val="009933"/>
        </w:rPr>
        <w:t>/</w:t>
      </w:r>
      <w:proofErr w:type="spellStart"/>
      <w:r>
        <w:rPr>
          <w:color w:val="009933"/>
        </w:rPr>
        <w:t>verzorger</w:t>
      </w:r>
      <w:proofErr w:type="spellEnd"/>
      <w:r>
        <w:rPr>
          <w:color w:val="009933"/>
        </w:rPr>
        <w:t xml:space="preserve"> 1</w:t>
      </w:r>
    </w:p>
    <w:tbl>
      <w:tblPr>
        <w:tblW w:w="11664" w:type="dxa"/>
        <w:tblLayout w:type="fixed"/>
        <w:tblLook w:val="04A0" w:firstRow="1" w:lastRow="0" w:firstColumn="1" w:lastColumn="0" w:noHBand="0" w:noVBand="1"/>
      </w:tblPr>
      <w:tblGrid>
        <w:gridCol w:w="5387"/>
        <w:gridCol w:w="6277"/>
      </w:tblGrid>
      <w:tr w:rsidR="00026B4B" w14:paraId="5ABF8CEF" w14:textId="77777777" w:rsidTr="00915454">
        <w:tc>
          <w:tcPr>
            <w:tcW w:w="5387" w:type="dxa"/>
          </w:tcPr>
          <w:p w14:paraId="53C2CB9B" w14:textId="77777777" w:rsidR="00026B4B" w:rsidRDefault="00026B4B">
            <w:r>
              <w:t>Naam</w:t>
            </w:r>
          </w:p>
        </w:tc>
        <w:tc>
          <w:tcPr>
            <w:tcW w:w="6277" w:type="dxa"/>
            <w:tcBorders>
              <w:bottom w:val="single" w:sz="8" w:space="0" w:color="009933"/>
            </w:tcBorders>
          </w:tcPr>
          <w:p w14:paraId="7309D1B9" w14:textId="77777777" w:rsidR="00026B4B" w:rsidRDefault="00026B4B">
            <w:r>
              <w:t xml:space="preserve"> </w:t>
            </w:r>
          </w:p>
        </w:tc>
      </w:tr>
      <w:tr w:rsidR="00026B4B" w14:paraId="77646899" w14:textId="77777777" w:rsidTr="00915454">
        <w:tc>
          <w:tcPr>
            <w:tcW w:w="5387" w:type="dxa"/>
          </w:tcPr>
          <w:p w14:paraId="018E87DE" w14:textId="77777777" w:rsidR="00026B4B" w:rsidRDefault="00026B4B">
            <w:r>
              <w:t>Relatie tot het kind</w:t>
            </w:r>
          </w:p>
        </w:tc>
        <w:tc>
          <w:tcPr>
            <w:tcW w:w="6277" w:type="dxa"/>
            <w:tcBorders>
              <w:bottom w:val="single" w:sz="8" w:space="0" w:color="009933"/>
            </w:tcBorders>
          </w:tcPr>
          <w:p w14:paraId="53FEF75C" w14:textId="77777777" w:rsidR="00026B4B" w:rsidRDefault="00026B4B">
            <w:r>
              <w:t xml:space="preserve"> </w:t>
            </w:r>
          </w:p>
        </w:tc>
      </w:tr>
      <w:tr w:rsidR="009630DF" w14:paraId="47E0AE51" w14:textId="77777777" w:rsidTr="00915454">
        <w:tc>
          <w:tcPr>
            <w:tcW w:w="5387" w:type="dxa"/>
          </w:tcPr>
          <w:p w14:paraId="116CFF02" w14:textId="3A154F5F" w:rsidR="009630DF" w:rsidRDefault="009630DF">
            <w:r>
              <w:t>Wettelijk gezag (ja/nee)</w:t>
            </w:r>
          </w:p>
        </w:tc>
        <w:tc>
          <w:tcPr>
            <w:tcW w:w="6277" w:type="dxa"/>
            <w:tcBorders>
              <w:bottom w:val="single" w:sz="8" w:space="0" w:color="009933"/>
            </w:tcBorders>
          </w:tcPr>
          <w:p w14:paraId="1D7FB8C9" w14:textId="597B95B0" w:rsidR="009630DF" w:rsidRDefault="00B41783">
            <w:r>
              <w:t>j</w:t>
            </w:r>
            <w:r w:rsidR="009630DF">
              <w:t>a / nee</w:t>
            </w:r>
          </w:p>
        </w:tc>
      </w:tr>
      <w:tr w:rsidR="00026B4B" w14:paraId="193BD009" w14:textId="77777777" w:rsidTr="00915454">
        <w:tc>
          <w:tcPr>
            <w:tcW w:w="5387" w:type="dxa"/>
          </w:tcPr>
          <w:p w14:paraId="620DBBA1" w14:textId="77777777" w:rsidR="00026B4B" w:rsidRDefault="00026B4B">
            <w:r>
              <w:t>Straat + huisnummer</w:t>
            </w:r>
          </w:p>
        </w:tc>
        <w:tc>
          <w:tcPr>
            <w:tcW w:w="6277" w:type="dxa"/>
            <w:tcBorders>
              <w:bottom w:val="single" w:sz="8" w:space="0" w:color="009933"/>
            </w:tcBorders>
          </w:tcPr>
          <w:p w14:paraId="43E3E7AE" w14:textId="77777777" w:rsidR="00026B4B" w:rsidRDefault="00026B4B">
            <w:r>
              <w:t xml:space="preserve"> </w:t>
            </w:r>
          </w:p>
        </w:tc>
      </w:tr>
      <w:tr w:rsidR="00026B4B" w14:paraId="62F41628" w14:textId="77777777" w:rsidTr="00915454">
        <w:tc>
          <w:tcPr>
            <w:tcW w:w="5387" w:type="dxa"/>
          </w:tcPr>
          <w:p w14:paraId="26A8AA3C" w14:textId="77777777" w:rsidR="00026B4B" w:rsidRDefault="00026B4B">
            <w:r>
              <w:t>Postcode en woonplaats</w:t>
            </w:r>
          </w:p>
        </w:tc>
        <w:tc>
          <w:tcPr>
            <w:tcW w:w="6277" w:type="dxa"/>
            <w:tcBorders>
              <w:bottom w:val="single" w:sz="8" w:space="0" w:color="009933"/>
            </w:tcBorders>
          </w:tcPr>
          <w:p w14:paraId="2F9785C8" w14:textId="77777777" w:rsidR="00026B4B" w:rsidRDefault="00026B4B">
            <w:r>
              <w:t xml:space="preserve"> </w:t>
            </w:r>
          </w:p>
        </w:tc>
      </w:tr>
      <w:tr w:rsidR="00026B4B" w14:paraId="6B4A60FC" w14:textId="77777777" w:rsidTr="00915454">
        <w:tc>
          <w:tcPr>
            <w:tcW w:w="5387" w:type="dxa"/>
          </w:tcPr>
          <w:p w14:paraId="4902E7D4" w14:textId="3F1860D1" w:rsidR="00026B4B" w:rsidRDefault="00026B4B">
            <w:r>
              <w:t>Telefoonnummer</w:t>
            </w:r>
          </w:p>
        </w:tc>
        <w:tc>
          <w:tcPr>
            <w:tcW w:w="6277" w:type="dxa"/>
            <w:tcBorders>
              <w:bottom w:val="single" w:sz="8" w:space="0" w:color="009933"/>
            </w:tcBorders>
          </w:tcPr>
          <w:p w14:paraId="0F848E0E" w14:textId="77777777" w:rsidR="00026B4B" w:rsidRDefault="00026B4B">
            <w:r>
              <w:t xml:space="preserve"> </w:t>
            </w:r>
          </w:p>
        </w:tc>
      </w:tr>
      <w:tr w:rsidR="00026B4B" w14:paraId="4311F406" w14:textId="77777777" w:rsidTr="00915454">
        <w:tc>
          <w:tcPr>
            <w:tcW w:w="5387" w:type="dxa"/>
          </w:tcPr>
          <w:p w14:paraId="1F77A2B4" w14:textId="394FAAA0" w:rsidR="00026B4B" w:rsidRDefault="00253E09">
            <w:r>
              <w:t>Telefoonnummer werk</w:t>
            </w:r>
          </w:p>
        </w:tc>
        <w:tc>
          <w:tcPr>
            <w:tcW w:w="6277" w:type="dxa"/>
            <w:tcBorders>
              <w:bottom w:val="single" w:sz="8" w:space="0" w:color="009933"/>
            </w:tcBorders>
          </w:tcPr>
          <w:p w14:paraId="4BA9904F" w14:textId="77777777" w:rsidR="00026B4B" w:rsidRDefault="00026B4B">
            <w:r>
              <w:t xml:space="preserve"> </w:t>
            </w:r>
          </w:p>
        </w:tc>
      </w:tr>
      <w:tr w:rsidR="00026B4B" w14:paraId="78E8BC6E" w14:textId="77777777" w:rsidTr="00915454">
        <w:tc>
          <w:tcPr>
            <w:tcW w:w="5387" w:type="dxa"/>
          </w:tcPr>
          <w:p w14:paraId="22CB7567" w14:textId="0279C70F" w:rsidR="00026B4B" w:rsidRDefault="00253E09">
            <w:r>
              <w:t>E-mailadres</w:t>
            </w:r>
          </w:p>
        </w:tc>
        <w:tc>
          <w:tcPr>
            <w:tcW w:w="6277" w:type="dxa"/>
            <w:tcBorders>
              <w:bottom w:val="single" w:sz="8" w:space="0" w:color="009933"/>
            </w:tcBorders>
          </w:tcPr>
          <w:p w14:paraId="7263C77B" w14:textId="77777777" w:rsidR="00026B4B" w:rsidRDefault="00026B4B">
            <w:r>
              <w:t xml:space="preserve"> </w:t>
            </w:r>
          </w:p>
        </w:tc>
      </w:tr>
      <w:tr w:rsidR="00026B4B" w:rsidRPr="00C5440B" w14:paraId="3C7725B1" w14:textId="77777777" w:rsidTr="00915454">
        <w:tc>
          <w:tcPr>
            <w:tcW w:w="5387" w:type="dxa"/>
          </w:tcPr>
          <w:p w14:paraId="6ABA0889" w14:textId="77777777" w:rsidR="00C5440B" w:rsidRDefault="00253E09">
            <w:pPr>
              <w:rPr>
                <w:lang w:val="nl-NL"/>
              </w:rPr>
            </w:pPr>
            <w:r>
              <w:rPr>
                <w:lang w:val="nl-NL"/>
              </w:rPr>
              <w:t>Mogen we jo</w:t>
            </w:r>
            <w:r w:rsidRPr="00026B4B">
              <w:rPr>
                <w:lang w:val="nl-NL"/>
              </w:rPr>
              <w:t xml:space="preserve">u </w:t>
            </w:r>
            <w:r>
              <w:rPr>
                <w:lang w:val="nl-NL"/>
              </w:rPr>
              <w:t>benaderen voor het geven van een</w:t>
            </w:r>
            <w:r w:rsidRPr="00026B4B">
              <w:rPr>
                <w:lang w:val="nl-NL"/>
              </w:rPr>
              <w:t xml:space="preserve"> gastles geven over uw beroep</w:t>
            </w:r>
            <w:r>
              <w:rPr>
                <w:lang w:val="nl-NL"/>
              </w:rPr>
              <w:t xml:space="preserve"> of hobby</w:t>
            </w:r>
            <w:r w:rsidRPr="00026B4B">
              <w:rPr>
                <w:lang w:val="nl-NL"/>
              </w:rPr>
              <w:t xml:space="preserve"> </w:t>
            </w:r>
            <w:r w:rsidRPr="00403B46">
              <w:rPr>
                <w:lang w:val="nl-NL"/>
              </w:rPr>
              <w:t>(Ja/Nee)</w:t>
            </w:r>
            <w:r>
              <w:rPr>
                <w:lang w:val="nl-NL"/>
              </w:rPr>
              <w:t xml:space="preserve"> </w:t>
            </w:r>
          </w:p>
          <w:p w14:paraId="1391C6D1" w14:textId="42950A54" w:rsidR="00026B4B" w:rsidRPr="007660F4" w:rsidRDefault="00253E09">
            <w:pPr>
              <w:rPr>
                <w:lang w:val="nl-NL"/>
              </w:rPr>
            </w:pPr>
            <w:r>
              <w:rPr>
                <w:lang w:val="nl-NL"/>
              </w:rPr>
              <w:t>Zo ja, welk beroep of hobby?</w:t>
            </w:r>
          </w:p>
        </w:tc>
        <w:tc>
          <w:tcPr>
            <w:tcW w:w="6277" w:type="dxa"/>
            <w:tcBorders>
              <w:bottom w:val="single" w:sz="8" w:space="0" w:color="009933"/>
            </w:tcBorders>
          </w:tcPr>
          <w:p w14:paraId="5A850755" w14:textId="7F33EAAF" w:rsidR="00026B4B" w:rsidRPr="007660F4" w:rsidRDefault="00026B4B">
            <w:pPr>
              <w:rPr>
                <w:lang w:val="nl-NL"/>
              </w:rPr>
            </w:pPr>
            <w:r w:rsidRPr="007660F4">
              <w:rPr>
                <w:lang w:val="nl-NL"/>
              </w:rPr>
              <w:t xml:space="preserve"> </w:t>
            </w:r>
            <w:r w:rsidR="00C5440B">
              <w:rPr>
                <w:lang w:val="nl-NL"/>
              </w:rPr>
              <w:t>ja/nee</w:t>
            </w:r>
          </w:p>
        </w:tc>
      </w:tr>
    </w:tbl>
    <w:p w14:paraId="1E74747A" w14:textId="77777777" w:rsidR="00026B4B" w:rsidRDefault="00026B4B" w:rsidP="00026B4B">
      <w:pPr>
        <w:pStyle w:val="Kop2"/>
      </w:pPr>
      <w:proofErr w:type="spellStart"/>
      <w:r>
        <w:rPr>
          <w:color w:val="009933"/>
        </w:rPr>
        <w:t>Ouder</w:t>
      </w:r>
      <w:proofErr w:type="spellEnd"/>
      <w:r>
        <w:rPr>
          <w:color w:val="009933"/>
        </w:rPr>
        <w:t>/</w:t>
      </w:r>
      <w:proofErr w:type="spellStart"/>
      <w:r>
        <w:rPr>
          <w:color w:val="009933"/>
        </w:rPr>
        <w:t>verzorger</w:t>
      </w:r>
      <w:proofErr w:type="spellEnd"/>
      <w:r>
        <w:rPr>
          <w:color w:val="009933"/>
        </w:rPr>
        <w:t xml:space="preserve"> 2</w:t>
      </w:r>
    </w:p>
    <w:tbl>
      <w:tblPr>
        <w:tblW w:w="11664" w:type="dxa"/>
        <w:tblLayout w:type="fixed"/>
        <w:tblLook w:val="04A0" w:firstRow="1" w:lastRow="0" w:firstColumn="1" w:lastColumn="0" w:noHBand="0" w:noVBand="1"/>
      </w:tblPr>
      <w:tblGrid>
        <w:gridCol w:w="5387"/>
        <w:gridCol w:w="6277"/>
      </w:tblGrid>
      <w:tr w:rsidR="00026B4B" w14:paraId="715C8692" w14:textId="77777777" w:rsidTr="00915454">
        <w:tc>
          <w:tcPr>
            <w:tcW w:w="5387" w:type="dxa"/>
          </w:tcPr>
          <w:p w14:paraId="74A52663" w14:textId="77777777" w:rsidR="00026B4B" w:rsidRDefault="00026B4B">
            <w:r>
              <w:t>Naam</w:t>
            </w:r>
          </w:p>
        </w:tc>
        <w:tc>
          <w:tcPr>
            <w:tcW w:w="6277" w:type="dxa"/>
            <w:tcBorders>
              <w:bottom w:val="single" w:sz="8" w:space="0" w:color="009933"/>
            </w:tcBorders>
          </w:tcPr>
          <w:p w14:paraId="7EBE9B66" w14:textId="77777777" w:rsidR="00026B4B" w:rsidRDefault="00026B4B">
            <w:r>
              <w:t xml:space="preserve"> </w:t>
            </w:r>
          </w:p>
        </w:tc>
      </w:tr>
      <w:tr w:rsidR="00026B4B" w14:paraId="5E451ECC" w14:textId="77777777" w:rsidTr="00915454">
        <w:tc>
          <w:tcPr>
            <w:tcW w:w="5387" w:type="dxa"/>
          </w:tcPr>
          <w:p w14:paraId="05A38C40" w14:textId="77777777" w:rsidR="00026B4B" w:rsidRDefault="00026B4B">
            <w:r>
              <w:t>Relatie tot het kind</w:t>
            </w:r>
          </w:p>
        </w:tc>
        <w:tc>
          <w:tcPr>
            <w:tcW w:w="6277" w:type="dxa"/>
            <w:tcBorders>
              <w:bottom w:val="single" w:sz="8" w:space="0" w:color="009933"/>
            </w:tcBorders>
          </w:tcPr>
          <w:p w14:paraId="6E481471" w14:textId="77777777" w:rsidR="00026B4B" w:rsidRDefault="00026B4B">
            <w:r>
              <w:t xml:space="preserve"> </w:t>
            </w:r>
          </w:p>
        </w:tc>
      </w:tr>
      <w:tr w:rsidR="009630DF" w14:paraId="7F15C21E" w14:textId="77777777" w:rsidTr="00915454">
        <w:tc>
          <w:tcPr>
            <w:tcW w:w="5387" w:type="dxa"/>
          </w:tcPr>
          <w:p w14:paraId="7C1668CC" w14:textId="036331F6" w:rsidR="009630DF" w:rsidRDefault="009630DF">
            <w:r>
              <w:t xml:space="preserve">Wettelijk gezag </w:t>
            </w:r>
          </w:p>
        </w:tc>
        <w:tc>
          <w:tcPr>
            <w:tcW w:w="6277" w:type="dxa"/>
            <w:tcBorders>
              <w:bottom w:val="single" w:sz="8" w:space="0" w:color="009933"/>
            </w:tcBorders>
          </w:tcPr>
          <w:p w14:paraId="02BF470F" w14:textId="7744FACE" w:rsidR="009630DF" w:rsidRDefault="00B41783">
            <w:r>
              <w:t>j</w:t>
            </w:r>
            <w:r w:rsidR="009630DF">
              <w:t>a / nee</w:t>
            </w:r>
          </w:p>
        </w:tc>
      </w:tr>
      <w:tr w:rsidR="00026B4B" w14:paraId="6050504B" w14:textId="77777777" w:rsidTr="00915454">
        <w:tc>
          <w:tcPr>
            <w:tcW w:w="5387" w:type="dxa"/>
          </w:tcPr>
          <w:p w14:paraId="1CBB59BE" w14:textId="77777777" w:rsidR="00026B4B" w:rsidRDefault="00026B4B">
            <w:r>
              <w:t>Straat + huisnummer</w:t>
            </w:r>
          </w:p>
        </w:tc>
        <w:tc>
          <w:tcPr>
            <w:tcW w:w="6277" w:type="dxa"/>
            <w:tcBorders>
              <w:bottom w:val="single" w:sz="8" w:space="0" w:color="009933"/>
            </w:tcBorders>
          </w:tcPr>
          <w:p w14:paraId="5A6E9B7F" w14:textId="77777777" w:rsidR="00026B4B" w:rsidRDefault="00026B4B">
            <w:r>
              <w:t xml:space="preserve"> </w:t>
            </w:r>
          </w:p>
        </w:tc>
      </w:tr>
      <w:tr w:rsidR="00026B4B" w14:paraId="56AA753D" w14:textId="77777777" w:rsidTr="00915454">
        <w:tc>
          <w:tcPr>
            <w:tcW w:w="5387" w:type="dxa"/>
          </w:tcPr>
          <w:p w14:paraId="04254270" w14:textId="77777777" w:rsidR="00026B4B" w:rsidRDefault="00026B4B">
            <w:r>
              <w:t>Postcode en woonplaats</w:t>
            </w:r>
          </w:p>
        </w:tc>
        <w:tc>
          <w:tcPr>
            <w:tcW w:w="6277" w:type="dxa"/>
            <w:tcBorders>
              <w:bottom w:val="single" w:sz="8" w:space="0" w:color="009933"/>
            </w:tcBorders>
          </w:tcPr>
          <w:p w14:paraId="24727976" w14:textId="77777777" w:rsidR="00026B4B" w:rsidRDefault="00026B4B">
            <w:r>
              <w:t xml:space="preserve"> </w:t>
            </w:r>
          </w:p>
        </w:tc>
      </w:tr>
      <w:tr w:rsidR="00026B4B" w14:paraId="5D36B139" w14:textId="77777777" w:rsidTr="00915454">
        <w:tc>
          <w:tcPr>
            <w:tcW w:w="5387" w:type="dxa"/>
          </w:tcPr>
          <w:p w14:paraId="6460890A" w14:textId="77777777" w:rsidR="00026B4B" w:rsidRDefault="00026B4B">
            <w:r>
              <w:t>Telefoonnummer</w:t>
            </w:r>
          </w:p>
        </w:tc>
        <w:tc>
          <w:tcPr>
            <w:tcW w:w="6277" w:type="dxa"/>
            <w:tcBorders>
              <w:bottom w:val="single" w:sz="8" w:space="0" w:color="009933"/>
            </w:tcBorders>
          </w:tcPr>
          <w:p w14:paraId="66762357" w14:textId="77777777" w:rsidR="00026B4B" w:rsidRDefault="00026B4B">
            <w:r>
              <w:t xml:space="preserve"> </w:t>
            </w:r>
          </w:p>
        </w:tc>
      </w:tr>
      <w:tr w:rsidR="00026B4B" w14:paraId="5F7C8D77" w14:textId="77777777" w:rsidTr="00915454">
        <w:tc>
          <w:tcPr>
            <w:tcW w:w="5387" w:type="dxa"/>
          </w:tcPr>
          <w:p w14:paraId="1639B1C6" w14:textId="132CCAD7" w:rsidR="00026B4B" w:rsidRDefault="00253E09">
            <w:r>
              <w:t>Telefoonnummer werk</w:t>
            </w:r>
          </w:p>
        </w:tc>
        <w:tc>
          <w:tcPr>
            <w:tcW w:w="6277" w:type="dxa"/>
            <w:tcBorders>
              <w:bottom w:val="single" w:sz="8" w:space="0" w:color="009933"/>
            </w:tcBorders>
          </w:tcPr>
          <w:p w14:paraId="3E65B925" w14:textId="77777777" w:rsidR="00026B4B" w:rsidRDefault="00026B4B">
            <w:r>
              <w:t xml:space="preserve"> </w:t>
            </w:r>
          </w:p>
        </w:tc>
      </w:tr>
      <w:tr w:rsidR="00026B4B" w14:paraId="6182EC55" w14:textId="77777777" w:rsidTr="00915454">
        <w:tc>
          <w:tcPr>
            <w:tcW w:w="5387" w:type="dxa"/>
          </w:tcPr>
          <w:p w14:paraId="484C03F1" w14:textId="0011000F" w:rsidR="00026B4B" w:rsidRDefault="00253E09">
            <w:r>
              <w:t>E-mailadres</w:t>
            </w:r>
          </w:p>
        </w:tc>
        <w:tc>
          <w:tcPr>
            <w:tcW w:w="6277" w:type="dxa"/>
            <w:tcBorders>
              <w:bottom w:val="single" w:sz="8" w:space="0" w:color="009933"/>
            </w:tcBorders>
          </w:tcPr>
          <w:p w14:paraId="27401C1A" w14:textId="77777777" w:rsidR="00026B4B" w:rsidRDefault="00026B4B">
            <w:r>
              <w:t xml:space="preserve"> </w:t>
            </w:r>
          </w:p>
        </w:tc>
      </w:tr>
      <w:tr w:rsidR="00026B4B" w:rsidRPr="00001D2F" w14:paraId="0CE43EF1" w14:textId="77777777" w:rsidTr="00915454">
        <w:tc>
          <w:tcPr>
            <w:tcW w:w="5387" w:type="dxa"/>
          </w:tcPr>
          <w:p w14:paraId="76B15F61" w14:textId="0C26382F" w:rsidR="00026B4B" w:rsidRPr="00403B46" w:rsidRDefault="00403B46">
            <w:pPr>
              <w:rPr>
                <w:lang w:val="nl-NL"/>
              </w:rPr>
            </w:pPr>
            <w:r>
              <w:rPr>
                <w:lang w:val="nl-NL"/>
              </w:rPr>
              <w:t>Mogen we jo</w:t>
            </w:r>
            <w:r w:rsidR="00026B4B" w:rsidRPr="00026B4B">
              <w:rPr>
                <w:lang w:val="nl-NL"/>
              </w:rPr>
              <w:t xml:space="preserve">u </w:t>
            </w:r>
            <w:r>
              <w:rPr>
                <w:lang w:val="nl-NL"/>
              </w:rPr>
              <w:t>benaderen voor het geven van een</w:t>
            </w:r>
            <w:r w:rsidR="00026B4B" w:rsidRPr="00026B4B">
              <w:rPr>
                <w:lang w:val="nl-NL"/>
              </w:rPr>
              <w:t xml:space="preserve"> gastles over uw beroep</w:t>
            </w:r>
            <w:r w:rsidR="00253E09">
              <w:rPr>
                <w:lang w:val="nl-NL"/>
              </w:rPr>
              <w:t xml:space="preserve"> of hobby</w:t>
            </w:r>
            <w:r w:rsidR="00026B4B" w:rsidRPr="00026B4B">
              <w:rPr>
                <w:lang w:val="nl-NL"/>
              </w:rPr>
              <w:t xml:space="preserve"> </w:t>
            </w:r>
            <w:r w:rsidR="00026B4B" w:rsidRPr="00403B46">
              <w:rPr>
                <w:lang w:val="nl-NL"/>
              </w:rPr>
              <w:t>(Ja/Nee)</w:t>
            </w:r>
            <w:r>
              <w:rPr>
                <w:lang w:val="nl-NL"/>
              </w:rPr>
              <w:t xml:space="preserve"> Zo ja, welk beroep</w:t>
            </w:r>
            <w:r w:rsidR="00253E09">
              <w:rPr>
                <w:lang w:val="nl-NL"/>
              </w:rPr>
              <w:t xml:space="preserve"> of hobby</w:t>
            </w:r>
            <w:r>
              <w:rPr>
                <w:lang w:val="nl-NL"/>
              </w:rPr>
              <w:t>?</w:t>
            </w:r>
          </w:p>
        </w:tc>
        <w:tc>
          <w:tcPr>
            <w:tcW w:w="6277" w:type="dxa"/>
            <w:tcBorders>
              <w:bottom w:val="single" w:sz="8" w:space="0" w:color="009933"/>
            </w:tcBorders>
          </w:tcPr>
          <w:p w14:paraId="0DA4F8AA" w14:textId="77777777" w:rsidR="00026B4B" w:rsidRPr="00403B46" w:rsidRDefault="00026B4B">
            <w:pPr>
              <w:rPr>
                <w:lang w:val="nl-NL"/>
              </w:rPr>
            </w:pPr>
            <w:r w:rsidRPr="00403B46">
              <w:rPr>
                <w:lang w:val="nl-NL"/>
              </w:rPr>
              <w:t xml:space="preserve"> </w:t>
            </w:r>
          </w:p>
        </w:tc>
      </w:tr>
    </w:tbl>
    <w:p w14:paraId="6C52E715" w14:textId="77777777" w:rsidR="009E54C6" w:rsidRDefault="00DB2282">
      <w:pPr>
        <w:pStyle w:val="Kop2"/>
      </w:pPr>
      <w:proofErr w:type="spellStart"/>
      <w:r>
        <w:rPr>
          <w:color w:val="009933"/>
        </w:rPr>
        <w:t>Ondertekening</w:t>
      </w:r>
      <w:proofErr w:type="spellEnd"/>
      <w:r>
        <w:rPr>
          <w:color w:val="009933"/>
        </w:rPr>
        <w:t xml:space="preserve"> </w:t>
      </w:r>
      <w:proofErr w:type="spellStart"/>
      <w:r>
        <w:rPr>
          <w:color w:val="009933"/>
        </w:rPr>
        <w:t>ouder</w:t>
      </w:r>
      <w:proofErr w:type="spellEnd"/>
      <w:r>
        <w:rPr>
          <w:color w:val="009933"/>
        </w:rPr>
        <w:t>/</w:t>
      </w:r>
      <w:proofErr w:type="spellStart"/>
      <w:r>
        <w:rPr>
          <w:color w:val="009933"/>
        </w:rPr>
        <w:t>verzorger</w:t>
      </w:r>
      <w:proofErr w:type="spellEnd"/>
      <w:r>
        <w:rPr>
          <w:color w:val="009933"/>
        </w:rPr>
        <w:t xml:space="preserve"> 1</w:t>
      </w:r>
    </w:p>
    <w:tbl>
      <w:tblPr>
        <w:tblW w:w="11664" w:type="dxa"/>
        <w:tblLayout w:type="fixed"/>
        <w:tblLook w:val="04A0" w:firstRow="1" w:lastRow="0" w:firstColumn="1" w:lastColumn="0" w:noHBand="0" w:noVBand="1"/>
      </w:tblPr>
      <w:tblGrid>
        <w:gridCol w:w="5387"/>
        <w:gridCol w:w="6277"/>
      </w:tblGrid>
      <w:tr w:rsidR="009E54C6" w14:paraId="3BFF65CD" w14:textId="77777777" w:rsidTr="00915454">
        <w:tc>
          <w:tcPr>
            <w:tcW w:w="5387" w:type="dxa"/>
          </w:tcPr>
          <w:p w14:paraId="4377F0D6" w14:textId="79E35D74" w:rsidR="009E54C6" w:rsidRDefault="00253E09">
            <w:proofErr w:type="spellStart"/>
            <w:r>
              <w:t>Plaats</w:t>
            </w:r>
            <w:proofErr w:type="spellEnd"/>
            <w:r>
              <w:t>, datum</w:t>
            </w:r>
          </w:p>
        </w:tc>
        <w:tc>
          <w:tcPr>
            <w:tcW w:w="6277" w:type="dxa"/>
            <w:tcBorders>
              <w:bottom w:val="single" w:sz="8" w:space="0" w:color="009933"/>
            </w:tcBorders>
          </w:tcPr>
          <w:p w14:paraId="6B5F2445" w14:textId="77777777" w:rsidR="009E54C6" w:rsidRDefault="00DB2282">
            <w:r>
              <w:t xml:space="preserve"> </w:t>
            </w:r>
          </w:p>
        </w:tc>
      </w:tr>
      <w:tr w:rsidR="009E54C6" w14:paraId="1FA130EE" w14:textId="77777777" w:rsidTr="00915454">
        <w:tc>
          <w:tcPr>
            <w:tcW w:w="5387" w:type="dxa"/>
          </w:tcPr>
          <w:p w14:paraId="4CB55EE5" w14:textId="77777777" w:rsidR="00403B46" w:rsidRDefault="00403B46"/>
          <w:p w14:paraId="4FF13154" w14:textId="65064C75" w:rsidR="00403B46" w:rsidRDefault="00DB2282" w:rsidP="00403B46">
            <w:r>
              <w:t>Handtekening</w:t>
            </w:r>
          </w:p>
        </w:tc>
        <w:tc>
          <w:tcPr>
            <w:tcW w:w="6277" w:type="dxa"/>
            <w:tcBorders>
              <w:bottom w:val="single" w:sz="8" w:space="0" w:color="009933"/>
            </w:tcBorders>
          </w:tcPr>
          <w:p w14:paraId="72FE44C5" w14:textId="77777777" w:rsidR="009E54C6" w:rsidRDefault="00DB2282">
            <w:r>
              <w:t xml:space="preserve"> </w:t>
            </w:r>
          </w:p>
        </w:tc>
      </w:tr>
    </w:tbl>
    <w:p w14:paraId="597BC631" w14:textId="77777777" w:rsidR="009E54C6" w:rsidRDefault="00DB2282">
      <w:pPr>
        <w:pStyle w:val="Kop2"/>
      </w:pPr>
      <w:proofErr w:type="spellStart"/>
      <w:r>
        <w:rPr>
          <w:color w:val="009933"/>
        </w:rPr>
        <w:t>Ondertekening</w:t>
      </w:r>
      <w:proofErr w:type="spellEnd"/>
      <w:r>
        <w:rPr>
          <w:color w:val="009933"/>
        </w:rPr>
        <w:t xml:space="preserve"> </w:t>
      </w:r>
      <w:proofErr w:type="spellStart"/>
      <w:r>
        <w:rPr>
          <w:color w:val="009933"/>
        </w:rPr>
        <w:t>ouder</w:t>
      </w:r>
      <w:proofErr w:type="spellEnd"/>
      <w:r>
        <w:rPr>
          <w:color w:val="009933"/>
        </w:rPr>
        <w:t>/</w:t>
      </w:r>
      <w:proofErr w:type="spellStart"/>
      <w:r>
        <w:rPr>
          <w:color w:val="009933"/>
        </w:rPr>
        <w:t>verzorger</w:t>
      </w:r>
      <w:proofErr w:type="spellEnd"/>
      <w:r>
        <w:rPr>
          <w:color w:val="009933"/>
        </w:rPr>
        <w:t xml:space="preserve"> 2</w:t>
      </w:r>
    </w:p>
    <w:tbl>
      <w:tblPr>
        <w:tblW w:w="11664" w:type="dxa"/>
        <w:tblLayout w:type="fixed"/>
        <w:tblLook w:val="04A0" w:firstRow="1" w:lastRow="0" w:firstColumn="1" w:lastColumn="0" w:noHBand="0" w:noVBand="1"/>
      </w:tblPr>
      <w:tblGrid>
        <w:gridCol w:w="5387"/>
        <w:gridCol w:w="6277"/>
      </w:tblGrid>
      <w:tr w:rsidR="009E54C6" w14:paraId="0458C0CC" w14:textId="77777777" w:rsidTr="00915454">
        <w:tc>
          <w:tcPr>
            <w:tcW w:w="5387" w:type="dxa"/>
          </w:tcPr>
          <w:p w14:paraId="7C6F1CCA" w14:textId="2F978708" w:rsidR="009E54C6" w:rsidRDefault="00253E09">
            <w:proofErr w:type="spellStart"/>
            <w:r>
              <w:t>Plaats</w:t>
            </w:r>
            <w:proofErr w:type="spellEnd"/>
            <w:r>
              <w:t>, datum</w:t>
            </w:r>
          </w:p>
        </w:tc>
        <w:tc>
          <w:tcPr>
            <w:tcW w:w="6277" w:type="dxa"/>
            <w:tcBorders>
              <w:bottom w:val="single" w:sz="8" w:space="0" w:color="009933"/>
            </w:tcBorders>
          </w:tcPr>
          <w:p w14:paraId="4DB06D2A" w14:textId="77777777" w:rsidR="009E54C6" w:rsidRDefault="00DB2282">
            <w:r>
              <w:t xml:space="preserve"> </w:t>
            </w:r>
          </w:p>
        </w:tc>
      </w:tr>
      <w:tr w:rsidR="009E54C6" w14:paraId="11C2C164" w14:textId="77777777" w:rsidTr="00915454">
        <w:tc>
          <w:tcPr>
            <w:tcW w:w="5387" w:type="dxa"/>
          </w:tcPr>
          <w:p w14:paraId="27CDD8D4" w14:textId="77777777" w:rsidR="00403B46" w:rsidRDefault="00403B46"/>
          <w:p w14:paraId="5BE91219" w14:textId="3DB01978" w:rsidR="009E54C6" w:rsidRDefault="00DB2282">
            <w:r>
              <w:t>Handtekening</w:t>
            </w:r>
          </w:p>
        </w:tc>
        <w:tc>
          <w:tcPr>
            <w:tcW w:w="6277" w:type="dxa"/>
            <w:tcBorders>
              <w:bottom w:val="single" w:sz="8" w:space="0" w:color="009933"/>
            </w:tcBorders>
          </w:tcPr>
          <w:p w14:paraId="17682792" w14:textId="77777777" w:rsidR="009E54C6" w:rsidRDefault="00DB2282">
            <w:r>
              <w:t xml:space="preserve"> </w:t>
            </w:r>
          </w:p>
        </w:tc>
      </w:tr>
    </w:tbl>
    <w:p w14:paraId="443F46A8" w14:textId="77777777" w:rsidR="00026B4B" w:rsidRDefault="00026B4B" w:rsidP="00026B4B">
      <w:pPr>
        <w:rPr>
          <w:rFonts w:cs="Calibri"/>
          <w:sz w:val="18"/>
          <w:szCs w:val="18"/>
          <w:lang w:val="nl-NL"/>
        </w:rPr>
      </w:pPr>
    </w:p>
    <w:p w14:paraId="0837C4B2" w14:textId="77777777" w:rsidR="00026B4B" w:rsidRDefault="00026B4B" w:rsidP="00026B4B">
      <w:pPr>
        <w:rPr>
          <w:rFonts w:cs="Calibri"/>
          <w:sz w:val="18"/>
          <w:szCs w:val="18"/>
          <w:lang w:val="nl-NL"/>
        </w:rPr>
      </w:pPr>
    </w:p>
    <w:p w14:paraId="2C482174" w14:textId="61A9877D" w:rsidR="00026B4B" w:rsidRPr="009630DF" w:rsidRDefault="00026B4B" w:rsidP="00026B4B">
      <w:pPr>
        <w:rPr>
          <w:rFonts w:asciiTheme="majorHAnsi" w:hAnsiTheme="majorHAnsi" w:cstheme="majorHAnsi"/>
          <w:szCs w:val="20"/>
          <w:lang w:val="nl-NL"/>
        </w:rPr>
      </w:pPr>
      <w:r w:rsidRPr="009630DF">
        <w:rPr>
          <w:rFonts w:asciiTheme="majorHAnsi" w:hAnsiTheme="majorHAnsi" w:cstheme="majorHAnsi"/>
          <w:szCs w:val="20"/>
          <w:lang w:val="nl-NL"/>
        </w:rPr>
        <w:t>N.B. De gevraagde informatie wordt opgenomen in een geautomatiseerd systeem, dat uitsluitend wordt gebruikt t.b.v. de eigen schooladministratie en voor zover nodig voor het verstrekken van gegevens aan daartoe bij de wet bevoegde (onderwijs-) instanties.</w:t>
      </w:r>
    </w:p>
    <w:p w14:paraId="339B8D6E" w14:textId="13A59945" w:rsidR="00A53721" w:rsidRPr="00026B4B" w:rsidRDefault="00026B4B">
      <w:pPr>
        <w:rPr>
          <w:lang w:val="nl-NL"/>
        </w:rPr>
      </w:pPr>
      <w:r w:rsidRPr="009630DF">
        <w:rPr>
          <w:rFonts w:asciiTheme="majorHAnsi" w:hAnsiTheme="majorHAnsi" w:cstheme="majorHAnsi"/>
          <w:szCs w:val="20"/>
          <w:lang w:val="nl-NL"/>
        </w:rPr>
        <w:t xml:space="preserve">Het ingevulde formulier mag afgegeven worden </w:t>
      </w:r>
      <w:r w:rsidR="009630DF" w:rsidRPr="009630DF">
        <w:rPr>
          <w:rFonts w:asciiTheme="majorHAnsi" w:hAnsiTheme="majorHAnsi" w:cstheme="majorHAnsi"/>
          <w:szCs w:val="20"/>
          <w:lang w:val="nl-NL"/>
        </w:rPr>
        <w:t>bij</w:t>
      </w:r>
      <w:r w:rsidRPr="009630DF">
        <w:rPr>
          <w:rFonts w:asciiTheme="majorHAnsi" w:hAnsiTheme="majorHAnsi" w:cstheme="majorHAnsi"/>
          <w:szCs w:val="20"/>
          <w:lang w:val="nl-NL"/>
        </w:rPr>
        <w:t xml:space="preserve"> de administratie of e-mail</w:t>
      </w:r>
      <w:r w:rsidR="009630DF" w:rsidRPr="009630DF">
        <w:rPr>
          <w:rFonts w:asciiTheme="majorHAnsi" w:hAnsiTheme="majorHAnsi" w:cstheme="majorHAnsi"/>
          <w:szCs w:val="20"/>
          <w:lang w:val="nl-NL"/>
        </w:rPr>
        <w:t xml:space="preserve">en naar: </w:t>
      </w:r>
      <w:r w:rsidRPr="009630DF">
        <w:rPr>
          <w:rFonts w:asciiTheme="majorHAnsi" w:hAnsiTheme="majorHAnsi" w:cstheme="majorHAnsi"/>
          <w:i/>
          <w:iCs/>
          <w:szCs w:val="20"/>
          <w:u w:val="single"/>
          <w:lang w:val="nl-NL"/>
        </w:rPr>
        <w:t>info@kcdesprong.nl</w:t>
      </w:r>
    </w:p>
    <w:sectPr w:rsidR="00A53721" w:rsidRPr="00026B4B" w:rsidSect="00344F34">
      <w:pgSz w:w="12240" w:h="15840"/>
      <w:pgMar w:top="1134" w:right="289" w:bottom="39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529877850">
    <w:abstractNumId w:val="8"/>
  </w:num>
  <w:num w:numId="2" w16cid:durableId="911769117">
    <w:abstractNumId w:val="6"/>
  </w:num>
  <w:num w:numId="3" w16cid:durableId="1682049445">
    <w:abstractNumId w:val="5"/>
  </w:num>
  <w:num w:numId="4" w16cid:durableId="1473521726">
    <w:abstractNumId w:val="4"/>
  </w:num>
  <w:num w:numId="5" w16cid:durableId="234055291">
    <w:abstractNumId w:val="7"/>
  </w:num>
  <w:num w:numId="6" w16cid:durableId="591009853">
    <w:abstractNumId w:val="3"/>
  </w:num>
  <w:num w:numId="7" w16cid:durableId="697241124">
    <w:abstractNumId w:val="2"/>
  </w:num>
  <w:num w:numId="8" w16cid:durableId="2134710996">
    <w:abstractNumId w:val="1"/>
  </w:num>
  <w:num w:numId="9" w16cid:durableId="1406417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D2F"/>
    <w:rsid w:val="00026B4B"/>
    <w:rsid w:val="00034616"/>
    <w:rsid w:val="0006063C"/>
    <w:rsid w:val="001074AD"/>
    <w:rsid w:val="00143143"/>
    <w:rsid w:val="0015074B"/>
    <w:rsid w:val="001A718A"/>
    <w:rsid w:val="00227098"/>
    <w:rsid w:val="00253E09"/>
    <w:rsid w:val="0029639D"/>
    <w:rsid w:val="002E5E4C"/>
    <w:rsid w:val="00322B41"/>
    <w:rsid w:val="00326F90"/>
    <w:rsid w:val="00332F15"/>
    <w:rsid w:val="00344F34"/>
    <w:rsid w:val="003D5F25"/>
    <w:rsid w:val="003F4C35"/>
    <w:rsid w:val="00403B46"/>
    <w:rsid w:val="0049125A"/>
    <w:rsid w:val="004B4301"/>
    <w:rsid w:val="006E104E"/>
    <w:rsid w:val="007660F4"/>
    <w:rsid w:val="00915454"/>
    <w:rsid w:val="009630DF"/>
    <w:rsid w:val="009E54C6"/>
    <w:rsid w:val="00A53721"/>
    <w:rsid w:val="00A75159"/>
    <w:rsid w:val="00AA1D8D"/>
    <w:rsid w:val="00B41783"/>
    <w:rsid w:val="00B47730"/>
    <w:rsid w:val="00BB46C9"/>
    <w:rsid w:val="00C5440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DF8D32"/>
  <w14:defaultImageDpi w14:val="300"/>
  <w15:docId w15:val="{0BB91B10-4E3A-4934-8386-A84FD570B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20"/>
    </w:pPr>
    <w:rPr>
      <w:rFonts w:ascii="Calibri" w:hAnsi="Calibri"/>
      <w:sz w:val="20"/>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CEC46DBC5F704DA8BB82885FE2B31F" ma:contentTypeVersion="21" ma:contentTypeDescription="Een nieuw document maken." ma:contentTypeScope="" ma:versionID="3d28665dac8aef0418947cb3f24b9ca3">
  <xsd:schema xmlns:xsd="http://www.w3.org/2001/XMLSchema" xmlns:xs="http://www.w3.org/2001/XMLSchema" xmlns:p="http://schemas.microsoft.com/office/2006/metadata/properties" xmlns:ns1="http://schemas.microsoft.com/sharepoint/v3" xmlns:ns2="1099f2c1-df4e-49ff-86d6-caa90f82f4a8" xmlns:ns3="d541183f-4675-4abb-9214-9d97d38d41db" targetNamespace="http://schemas.microsoft.com/office/2006/metadata/properties" ma:root="true" ma:fieldsID="ab9051df290f7d6d3a5f184057a7ddde" ns1:_="" ns2:_="" ns3:_="">
    <xsd:import namespace="http://schemas.microsoft.com/sharepoint/v3"/>
    <xsd:import namespace="1099f2c1-df4e-49ff-86d6-caa90f82f4a8"/>
    <xsd:import namespace="d541183f-4675-4abb-9214-9d97d38d41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Eigenschappen van het geïntegreerd beleid voor naleving" ma:hidden="true" ma:internalName="_ip_UnifiedCompliancePolicyProperties">
      <xsd:simpleType>
        <xsd:restriction base="dms:Note"/>
      </xsd:simpleType>
    </xsd:element>
    <xsd:element name="_ip_UnifiedCompliancePolicyUIAction" ma:index="18"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99f2c1-df4e-49ff-86d6-caa90f82f4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24defe0e-1922-41c8-ad12-29295ae94b9d"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41183f-4675-4abb-9214-9d97d38d41db"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0a0da862-2050-4fd6-a44f-7ab87c8cb218}" ma:internalName="TaxCatchAll" ma:showField="CatchAllData" ma:web="d541183f-4675-4abb-9214-9d97d38d41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541183f-4675-4abb-9214-9d97d38d41db" xsi:nil="true"/>
    <_ip_UnifiedCompliancePolicyProperties xmlns="http://schemas.microsoft.com/sharepoint/v3" xsi:nil="true"/>
    <lcf76f155ced4ddcb4097134ff3c332f xmlns="1099f2c1-df4e-49ff-86d6-caa90f82f4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CBE39F-BD47-424C-9D67-6837AAA5ACD5}">
  <ds:schemaRefs>
    <ds:schemaRef ds:uri="http://schemas.microsoft.com/sharepoint/v3/contenttype/forms"/>
  </ds:schemaRefs>
</ds:datastoreItem>
</file>

<file path=customXml/itemProps2.xml><?xml version="1.0" encoding="utf-8"?>
<ds:datastoreItem xmlns:ds="http://schemas.openxmlformats.org/officeDocument/2006/customXml" ds:itemID="{587BFC8E-D58E-44E7-9B5A-A37C116128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99f2c1-df4e-49ff-86d6-caa90f82f4a8"/>
    <ds:schemaRef ds:uri="d541183f-4675-4abb-9214-9d97d38d4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FCA20A35-E201-4EF3-80AF-9985AC4CB28D}">
  <ds:schemaRefs>
    <ds:schemaRef ds:uri="http://schemas.microsoft.com/office/2006/metadata/properties"/>
    <ds:schemaRef ds:uri="http://schemas.microsoft.com/office/infopath/2007/PartnerControls"/>
    <ds:schemaRef ds:uri="http://schemas.microsoft.com/sharepoint/v3"/>
    <ds:schemaRef ds:uri="d541183f-4675-4abb-9214-9d97d38d41db"/>
    <ds:schemaRef ds:uri="1099f2c1-df4e-49ff-86d6-caa90f82f4a8"/>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325</Words>
  <Characters>1790</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Kwakman</dc:creator>
  <cp:keywords/>
  <dc:description/>
  <cp:lastModifiedBy>Esther Kwakman</cp:lastModifiedBy>
  <cp:revision>5</cp:revision>
  <cp:lastPrinted>2026-03-26T12:40:00Z</cp:lastPrinted>
  <dcterms:created xsi:type="dcterms:W3CDTF">2026-03-26T13:59:00Z</dcterms:created>
  <dcterms:modified xsi:type="dcterms:W3CDTF">2026-06-11T12:56:00Z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0x010100BDCEC46DBC5F704DA8BB82885FE2B31F</vt:lpwstr>
  </property>
  <property fmtid="{D5CDD505-2E9C-101B-9397-08002B2CF9AE}" pid="3" name="MediaServiceImageTags">
    <vt:lpwstr/>
  </property>
</Properties>
</file>